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t>REDEMPTION</w:t>
      </w:r>
    </w:p>
    <w:p>
      <w:pPr/>
      <w:r>
        <w:rPr/>
        <w:t>The Ones He Came to Find</w:t>
      </w:r>
    </w:p>
    <w:p>
      <w:pPr/>
      <w:r>
        <w:rPr/>
        <w:t>153 UNTorn</w:t>
      </w:r>
    </w:p>
    <w:p>
      <w:pPr/>
      <w:r>
        <w:rPr/>
        <w:t>CONTINUOUS READING EDITION  •  EDITORIAL DRAFT</w:t>
      </w:r>
    </w:p>
    <w:p>
      <w:pPr/>
      <w:r>
        <w:rPr/>
      </w:r>
    </w:p>
    <w:p>
      <w:pPr>
        <w:pStyle w:val="Heading1"/>
      </w:pPr>
      <w:r>
        <w:rPr/>
        <w:t>CONTENTS</w:t>
      </w:r>
    </w:p>
    <w:p>
      <w:pPr/>
      <w:r>
        <w:rPr/>
        <w:t>Prologue  ·  The Things We Carry</w:t>
      </w:r>
    </w:p>
    <w:p>
      <w:pPr/>
      <w:r>
        <w:rPr/>
        <w:t>Chapter One  ·  A Thousand Tiny Lights</w:t>
      </w:r>
    </w:p>
    <w:p>
      <w:pPr/>
      <w:r>
        <w:rPr/>
        <w:t>Chapter Two  ·  The Boy Who Promised</w:t>
      </w:r>
    </w:p>
    <w:p>
      <w:pPr/>
      <w:r>
        <w:rPr/>
        <w:t>Chapter Three  ·  Carolina Blue</w:t>
      </w:r>
    </w:p>
    <w:p>
      <w:pPr/>
      <w:r>
        <w:rPr/>
        <w:t>Chapter Four  ·  The Decision</w:t>
      </w:r>
    </w:p>
    <w:p>
      <w:pPr/>
      <w:r>
        <w:rPr/>
        <w:t>Chapter Five  ·  The Letter That Never Came</w:t>
      </w:r>
    </w:p>
    <w:p>
      <w:pPr/>
      <w:r>
        <w:rPr/>
        <w:t>Chapter Six  ·  The Woman Who Couldn't Stop Running</w:t>
      </w:r>
    </w:p>
    <w:p>
      <w:pPr/>
      <w:r>
        <w:rPr/>
        <w:t>Chapter Seven  ·  The Walls Between Us</w:t>
      </w:r>
    </w:p>
    <w:p>
      <w:pPr/>
      <w:r>
        <w:rPr/>
        <w:t>Chapter Eight  ·  Under the Bridge</w:t>
      </w:r>
    </w:p>
    <w:p>
      <w:pPr/>
      <w:r>
        <w:rPr/>
        <w:t>Chapter Nine  ·  Visiting Hours</w:t>
      </w:r>
    </w:p>
    <w:p>
      <w:pPr/>
      <w:r>
        <w:rPr/>
        <w:t>Chapter Ten  ·  Wilmington</w:t>
      </w:r>
    </w:p>
    <w:p>
      <w:pPr/>
      <w:r>
        <w:rPr/>
        <w:t>Chapter Eleven  ·  The Woman Who Kept Coming Back</w:t>
      </w:r>
    </w:p>
    <w:p>
      <w:pPr/>
      <w:r>
        <w:rPr/>
        <w:t>Chapter Twelve  ·  No Condemnation</w:t>
      </w:r>
    </w:p>
    <w:p>
      <w:pPr/>
      <w:r>
        <w:rPr/>
        <w:t>Chapter Thirteen  ·  The Child She Never Held</w:t>
      </w:r>
    </w:p>
    <w:p>
      <w:pPr/>
      <w:r>
        <w:rPr/>
        <w:t>Chapter Fourteen  ·  The Path to the Cross</w:t>
      </w:r>
    </w:p>
    <w:p>
      <w:pPr/>
      <w:r>
        <w:rPr/>
        <w:t>Chapter Fifteen  ·  The Letter</w:t>
      </w:r>
    </w:p>
    <w:p>
      <w:pPr/>
      <w:r>
        <w:rPr/>
        <w:t>Chapter Sixteen  ·  The Girl Nobody Expected</w:t>
      </w:r>
    </w:p>
    <w:p>
      <w:pPr/>
      <w:r>
        <w:rPr/>
        <w:t>Chapter Seventeen  ·  Three Chords and a Crowd</w:t>
      </w:r>
    </w:p>
    <w:p>
      <w:pPr/>
      <w:r>
        <w:rPr/>
        <w:t>Chapter Eighteen  ·  The Woman at the Well</w:t>
      </w:r>
    </w:p>
    <w:p>
      <w:pPr/>
      <w:r>
        <w:rPr/>
        <w:t>Chapter Nineteen  ·  The Girl by the Ramp</w:t>
      </w:r>
    </w:p>
    <w:p>
      <w:pPr/>
      <w:r>
        <w:rPr/>
        <w:t>Chapter Twenty  ·  The Sound of Grace</w:t>
      </w:r>
    </w:p>
    <w:p>
      <w:pPr/>
      <w:r>
        <w:rPr/>
        <w:t>Chapter Twenty-One  ·  A Place for the Broken</w:t>
      </w:r>
    </w:p>
    <w:p>
      <w:pPr/>
      <w:r>
        <w:rPr/>
        <w:t>Chapter Twenty-Two  ·  The Girl in the Hospital Bed</w:t>
      </w:r>
    </w:p>
    <w:p>
      <w:pPr/>
      <w:r>
        <w:rPr/>
        <w:t>Chapter Twenty-Three  ·  Fig Leaves</w:t>
      </w:r>
    </w:p>
    <w:p>
      <w:pPr/>
      <w:r>
        <w:rPr/>
        <w:t>Chapter Twenty-Four  ·  When the Storm Came</w:t>
      </w:r>
    </w:p>
    <w:p>
      <w:pPr/>
      <w:r>
        <w:rPr/>
        <w:t>Chapter Twenty-Five  ·  A Different Kind of Strength</w:t>
      </w:r>
    </w:p>
    <w:p>
      <w:pPr/>
      <w:r>
        <w:rPr/>
        <w:t>Chapter Twenty-Six  ·  The Heart That Jesus Sees</w:t>
      </w:r>
    </w:p>
    <w:p>
      <w:pPr/>
      <w:r>
        <w:rPr/>
        <w:t>Epilogue  ·  One Hundred Fifty-Three</w:t>
      </w:r>
    </w:p>
    <w:p>
      <w:pPr/>
      <w:r>
        <w:rPr/>
      </w:r>
    </w:p>
    <w:p>
      <w:pPr>
        <w:pStyle w:val="Heading2"/>
      </w:pPr>
      <w:r>
        <w:rPr/>
        <w:t>PROLOGUE</w:t>
      </w:r>
    </w:p>
    <w:p>
      <w:pPr>
        <w:pStyle w:val="Heading1"/>
      </w:pPr>
      <w:r>
        <w:rPr/>
        <w:t>The Things We Carry</w:t>
      </w:r>
    </w:p>
    <w:p>
      <w:pPr/>
      <w:r>
        <w:rPr/>
        <w:t>The first thing Caleb remembered was the silence.</w:t>
      </w:r>
    </w:p>
    <w:p>
      <w:pPr/>
      <w:r>
        <w:rPr/>
        <w:t>Not the gunfire.</w:t>
      </w:r>
    </w:p>
    <w:p>
      <w:pPr/>
      <w:r>
        <w:rPr/>
        <w:t>Not the explosion.</w:t>
      </w:r>
    </w:p>
    <w:p>
      <w:pPr/>
      <w:r>
        <w:rPr/>
        <w:t>The silence afterward.</w:t>
      </w:r>
    </w:p>
    <w:p>
      <w:pPr/>
      <w:r>
        <w:rPr/>
        <w:t>Dust drifted through the broken doorway.</w:t>
      </w:r>
    </w:p>
    <w:p>
      <w:pPr/>
      <w:r>
        <w:rPr/>
        <w:t>Somewhere beyond the building, an engine coughed and sputtered. A voice called for help, then disappeared beneath the sound of men shouting orders.</w:t>
      </w:r>
    </w:p>
    <w:p>
      <w:pPr/>
      <w:r>
        <w:rPr/>
        <w:t>Caleb pressed his back against a concrete wall.</w:t>
      </w:r>
    </w:p>
    <w:p>
      <w:pPr/>
      <w:r>
        <w:rPr/>
        <w:t>His hands were shaking.</w:t>
      </w:r>
    </w:p>
    <w:p>
      <w:pPr/>
      <w:r>
        <w:rPr/>
        <w:t>He hated that.</w:t>
      </w:r>
    </w:p>
    <w:p>
      <w:pPr/>
      <w:r>
        <w:rPr/>
        <w:t>He had trained for this. They all had.</w:t>
      </w:r>
    </w:p>
    <w:p>
      <w:pPr/>
      <w:r>
        <w:rPr/>
        <w:t>For months, they had learned to move when every instinct told them to freeze. To think clearly when the world became noise. To trust the men beside them.</w:t>
      </w:r>
    </w:p>
    <w:p>
      <w:pPr/>
      <w:r>
        <w:rPr/>
        <w:t>But nobody had taught him what to do when the noise stopped.</w:t>
      </w:r>
    </w:p>
    <w:p>
      <w:pPr/>
      <w:r>
        <w:rPr/>
        <w:t>Across the room, Jasher sat with his elbows resting on his knees.</w:t>
      </w:r>
    </w:p>
    <w:p>
      <w:pPr/>
      <w:r>
        <w:rPr/>
        <w:t>The young Marine was built like someone had carved him out of stone. Even during training, when everyone else was ready to collapse, Jasher had somehow found another gear.</w:t>
      </w:r>
    </w:p>
    <w:p>
      <w:pPr/>
      <w:r>
        <w:rPr/>
        <w:t>He could carry the extra weight.</w:t>
      </w:r>
    </w:p>
    <w:p>
      <w:pPr/>
      <w:r>
        <w:rPr/>
        <w:t>Run another mile.</w:t>
      </w:r>
    </w:p>
    <w:p>
      <w:pPr/>
      <w:r>
        <w:rPr/>
        <w:t>Take another hit.</w:t>
      </w:r>
    </w:p>
    <w:p>
      <w:pPr/>
      <w:r>
        <w:rPr/>
        <w:t>But right now, he couldn't seem to lift his head.</w:t>
      </w:r>
    </w:p>
    <w:p>
      <w:pPr/>
      <w:r>
        <w:rPr/>
        <w:t>Ezekiel approached.</w:t>
      </w:r>
    </w:p>
    <w:p>
      <w:pPr/>
      <w:r>
        <w:rPr/>
        <w:t>"Jasher."</w:t>
      </w:r>
    </w:p>
    <w:p>
      <w:pPr/>
      <w:r>
        <w:rPr/>
        <w:t>No response.</w:t>
      </w:r>
    </w:p>
    <w:p>
      <w:pPr/>
      <w:r>
        <w:rPr/>
        <w:t>"Jasher, look at me."</w:t>
      </w:r>
    </w:p>
    <w:p>
      <w:pPr/>
      <w:r>
        <w:rPr/>
        <w:t>Jasher slowly raised his eyes.</w:t>
      </w:r>
    </w:p>
    <w:p>
      <w:pPr/>
      <w:r>
        <w:rPr/>
        <w:t>Ezekiel crouched beside him.</w:t>
      </w:r>
    </w:p>
    <w:p>
      <w:pPr/>
      <w:r>
        <w:rPr/>
        <w:t>"We need to move."</w:t>
      </w:r>
    </w:p>
    <w:p>
      <w:pPr/>
      <w:r>
        <w:rPr/>
        <w:t>Jasher looked toward the damaged hallway.</w:t>
      </w:r>
    </w:p>
    <w:p>
      <w:pPr/>
      <w:r>
        <w:rPr/>
        <w:t>"I should've..."</w:t>
      </w:r>
    </w:p>
    <w:p>
      <w:pPr/>
      <w:r>
        <w:rPr/>
        <w:t>His voice failed.</w:t>
      </w:r>
    </w:p>
    <w:p>
      <w:pPr/>
      <w:r>
        <w:rPr/>
        <w:t>Ezekiel waited.</w:t>
      </w:r>
    </w:p>
    <w:p>
      <w:pPr/>
      <w:r>
        <w:rPr/>
        <w:t>"I should've done something."</w:t>
      </w:r>
    </w:p>
    <w:p>
      <w:pPr/>
      <w:r>
        <w:rPr/>
        <w:t>Caleb closed his eyes.</w:t>
      </w:r>
    </w:p>
    <w:p>
      <w:pPr/>
      <w:r>
        <w:rPr/>
        <w:t>They had all seen what happened.</w:t>
      </w:r>
    </w:p>
    <w:p>
      <w:pPr/>
      <w:r>
        <w:rPr/>
        <w:t>The house.</w:t>
      </w:r>
    </w:p>
    <w:p>
      <w:pPr/>
      <w:r>
        <w:rPr/>
        <w:t>The confusion.</w:t>
      </w:r>
    </w:p>
    <w:p>
      <w:pPr/>
      <w:r>
        <w:rPr/>
        <w:t>The people who hadn't made it out.</w:t>
      </w:r>
    </w:p>
    <w:p>
      <w:pPr/>
      <w:r>
        <w:rPr/>
        <w:t>Somewhere in those few terrible minutes, decisions had been made that none of them would ever forget.</w:t>
      </w:r>
    </w:p>
    <w:p>
      <w:pPr/>
      <w:r>
        <w:rPr/>
        <w:t>Whether another decision could have changed the outcome was something they would argue about for years.</w:t>
      </w:r>
    </w:p>
    <w:p>
      <w:pPr/>
      <w:r>
        <w:rPr/>
        <w:t>Ezekiel placed a hand on Jasher's shoulder.</w:t>
      </w:r>
    </w:p>
    <w:p>
      <w:pPr/>
      <w:r>
        <w:rPr/>
        <w:t>"We're not doing this right now."</w:t>
      </w:r>
    </w:p>
    <w:p>
      <w:pPr/>
      <w:r>
        <w:rPr/>
        <w:t>"But..."</w:t>
      </w:r>
    </w:p>
    <w:p>
      <w:pPr/>
      <w:r>
        <w:rPr/>
        <w:t>"We get everybody home first."</w:t>
      </w:r>
    </w:p>
    <w:p>
      <w:pPr/>
      <w:r>
        <w:rPr/>
        <w:t>Jasher looked at him.</w:t>
      </w:r>
    </w:p>
    <w:p>
      <w:pPr/>
      <w:r>
        <w:rPr/>
        <w:t>For a moment, he seemed ready to argue.</w:t>
      </w:r>
    </w:p>
    <w:p>
      <w:pPr/>
      <w:r>
        <w:rPr/>
        <w:t>Then he nodded.</w:t>
      </w:r>
    </w:p>
    <w:p>
      <w:pPr/>
      <w:r>
        <w:rPr/>
        <w:t>Outside, the wind carried the smell of diesel, dust, and burning wood.</w:t>
      </w:r>
    </w:p>
    <w:p>
      <w:pPr/>
      <w:r>
        <w:rPr/>
        <w:t>Caleb stood.</w:t>
      </w:r>
    </w:p>
    <w:p>
      <w:pPr/>
      <w:r>
        <w:rPr/>
        <w:t>He looked once toward the doorway.</w:t>
      </w:r>
    </w:p>
    <w:p>
      <w:pPr/>
      <w:r>
        <w:rPr/>
        <w:t>Then followed the others.</w:t>
      </w:r>
    </w:p>
    <w:p>
      <w:pPr/>
      <w:r>
        <w:rPr/>
        <w:t>Three Marines walked away from that building.</w:t>
      </w:r>
    </w:p>
    <w:p>
      <w:pPr/>
      <w:r>
        <w:rPr/>
        <w:t>Years later, each would remember it differently.</w:t>
      </w:r>
    </w:p>
    <w:p>
      <w:pPr/>
      <w:r>
        <w:rPr/>
        <w:t>And none of them understood how much that afternoon would shape the men they became.</w:t>
      </w:r>
    </w:p>
    <w:p>
      <w:pPr/>
      <w:r>
        <w:rPr/>
      </w:r>
    </w:p>
    <w:p>
      <w:pPr/>
      <w:r>
        <w:rPr/>
      </w:r>
    </w:p>
    <w:p>
      <w:pPr>
        <w:pStyle w:val="Heading2"/>
      </w:pPr>
      <w:r>
        <w:rPr/>
        <w:t>CHAPTER ONE</w:t>
      </w:r>
    </w:p>
    <w:p>
      <w:pPr>
        <w:pStyle w:val="Heading1"/>
      </w:pPr>
      <w:r>
        <w:rPr/>
        <w:t>A Thousand Tiny Lights</w:t>
      </w:r>
    </w:p>
    <w:p>
      <w:pPr/>
      <w:r>
        <w:rPr/>
        <w:t>Eden was seventeen when she began believing the future was something you could plan.</w:t>
      </w:r>
    </w:p>
    <w:p>
      <w:pPr/>
      <w:r>
        <w:rPr/>
        <w:t>College.</w:t>
      </w:r>
    </w:p>
    <w:p>
      <w:pPr/>
      <w:r>
        <w:rPr/>
        <w:t>Marriage.</w:t>
      </w:r>
    </w:p>
    <w:p>
      <w:pPr/>
      <w:r>
        <w:rPr/>
        <w:t>A beautiful house.</w:t>
      </w:r>
    </w:p>
    <w:p>
      <w:pPr/>
      <w:r>
        <w:rPr/>
        <w:t>Children someday.</w:t>
      </w:r>
    </w:p>
    <w:p>
      <w:pPr/>
      <w:r>
        <w:rPr/>
        <w:t>She had a picture of it all.</w:t>
      </w:r>
    </w:p>
    <w:p>
      <w:pPr/>
      <w:r>
        <w:rPr/>
        <w:t>And on prom night, beneath a thousand tiny lights, that picture seemed close enough to touch.</w:t>
      </w:r>
    </w:p>
    <w:p>
      <w:pPr/>
      <w:r>
        <w:rPr/>
        <w:t>Jasher held her hand as they walked into the decorated gymnasium.</w:t>
      </w:r>
    </w:p>
    <w:p>
      <w:pPr/>
      <w:r>
        <w:rPr/>
        <w:t>His blond hair was neatly combed, although one stubborn piece refused to stay in place.</w:t>
      </w:r>
    </w:p>
    <w:p>
      <w:pPr/>
      <w:r>
        <w:rPr/>
        <w:t>Eden reached up to fix it.</w:t>
      </w:r>
    </w:p>
    <w:p>
      <w:pPr/>
      <w:r>
        <w:rPr/>
        <w:t>"Hold still."</w:t>
      </w:r>
    </w:p>
    <w:p>
      <w:pPr/>
      <w:r>
        <w:rPr/>
        <w:t>"I'm standing still."</w:t>
      </w:r>
    </w:p>
    <w:p>
      <w:pPr/>
      <w:r>
        <w:rPr/>
        <w:t>"Your hair isn't."</w:t>
      </w:r>
    </w:p>
    <w:p>
      <w:pPr/>
      <w:r>
        <w:rPr/>
        <w:t>He grinned.</w:t>
      </w:r>
    </w:p>
    <w:p>
      <w:pPr/>
      <w:r>
        <w:rPr/>
        <w:t>"You always this bossy?"</w:t>
      </w:r>
    </w:p>
    <w:p>
      <w:pPr/>
      <w:r>
        <w:rPr/>
        <w:t>"Only when necessary."</w:t>
      </w:r>
    </w:p>
    <w:p>
      <w:pPr/>
      <w:r>
        <w:rPr/>
        <w:t>"So, constantly?"</w:t>
      </w:r>
    </w:p>
    <w:p>
      <w:pPr/>
      <w:r>
        <w:rPr/>
        <w:t>She laughed and smacked his shoulder.</w:t>
      </w:r>
    </w:p>
    <w:p>
      <w:pPr/>
      <w:r>
        <w:rPr/>
        <w:t>Jasher wore a dark suit. Eden wore a pale-blue dress embroidered with delicate flowers.</w:t>
      </w:r>
    </w:p>
    <w:p>
      <w:pPr/>
      <w:r>
        <w:rPr/>
        <w:t>She had spent hours getting ready.</w:t>
      </w:r>
    </w:p>
    <w:p>
      <w:pPr/>
      <w:r>
        <w:rPr/>
        <w:t>He had spent considerably less.</w:t>
      </w:r>
    </w:p>
    <w:p>
      <w:pPr/>
      <w:r>
        <w:rPr/>
        <w:t>That seemed unfair.</w:t>
      </w:r>
    </w:p>
    <w:p>
      <w:pPr/>
      <w:r>
        <w:rPr/>
        <w:t>They danced.</w:t>
      </w:r>
    </w:p>
    <w:p>
      <w:pPr/>
      <w:r>
        <w:rPr/>
        <w:t>They laughed.</w:t>
      </w:r>
    </w:p>
    <w:p>
      <w:pPr/>
      <w:r>
        <w:rPr/>
        <w:t>They posed for photographs with friends who promised they would never lose touch.</w:t>
      </w:r>
    </w:p>
    <w:p>
      <w:pPr/>
      <w:r>
        <w:rPr/>
        <w:t>Later, when the music slowed, Jasher drew Eden close.</w:t>
      </w:r>
    </w:p>
    <w:p>
      <w:pPr/>
      <w:r>
        <w:rPr/>
        <w:t>"You know we're going to remember tonight forever?"</w:t>
      </w:r>
    </w:p>
    <w:p>
      <w:pPr/>
      <w:r>
        <w:rPr/>
        <w:t>Eden smiled.</w:t>
      </w:r>
    </w:p>
    <w:p>
      <w:pPr/>
      <w:r>
        <w:rPr/>
        <w:t>"You say that about everything."</w:t>
      </w:r>
    </w:p>
    <w:p>
      <w:pPr/>
      <w:r>
        <w:rPr/>
        <w:t>"Because everything with you is worth remembering."</w:t>
      </w:r>
    </w:p>
    <w:p>
      <w:pPr/>
      <w:r>
        <w:rPr/>
        <w:t>She rolled her eyes.</w:t>
      </w:r>
    </w:p>
    <w:p>
      <w:pPr/>
      <w:r>
        <w:rPr/>
        <w:t>But she didn't stop smiling.</w:t>
      </w:r>
    </w:p>
    <w:p>
      <w:pPr/>
      <w:r>
        <w:rPr/>
        <w:t>Outside, the night air smelled of fresh grass and approaching rain.</w:t>
      </w:r>
    </w:p>
    <w:p>
      <w:pPr/>
      <w:r>
        <w:rPr/>
        <w:t>Jasher had made plans for them to stay at a hotel after prom.</w:t>
      </w:r>
    </w:p>
    <w:p>
      <w:pPr/>
      <w:r>
        <w:rPr/>
        <w:t>They were young.</w:t>
      </w:r>
    </w:p>
    <w:p>
      <w:pPr/>
      <w:r>
        <w:rPr/>
        <w:t>They were in love.</w:t>
      </w:r>
    </w:p>
    <w:p>
      <w:pPr/>
      <w:r>
        <w:rPr/>
        <w:t>And they believed they understood the consequences of their choices.</w:t>
      </w:r>
    </w:p>
    <w:p>
      <w:pPr/>
      <w:r>
        <w:rPr/>
        <w:t>They didn't.</w:t>
      </w:r>
    </w:p>
    <w:p>
      <w:pPr/>
      <w:r>
        <w:rPr/>
        <w:t>Not completely.</w:t>
      </w:r>
    </w:p>
    <w:p>
      <w:pPr/>
      <w:r>
        <w:rPr/>
        <w:t>Neither knew that the evening would become a dividing line in both their lives.</w:t>
      </w:r>
    </w:p>
    <w:p>
      <w:pPr/>
      <w:r>
        <w:rPr/>
        <w:t>A before.</w:t>
      </w:r>
    </w:p>
    <w:p>
      <w:pPr/>
      <w:r>
        <w:rPr/>
        <w:t>And an after.</w:t>
      </w:r>
    </w:p>
    <w:p>
      <w:pPr/>
      <w:r>
        <w:rPr/>
      </w:r>
    </w:p>
    <w:p>
      <w:pPr/>
      <w:r>
        <w:rPr/>
      </w:r>
    </w:p>
    <w:p>
      <w:pPr>
        <w:pStyle w:val="Heading2"/>
      </w:pPr>
      <w:r>
        <w:rPr/>
        <w:t>CHAPTER TWO</w:t>
      </w:r>
    </w:p>
    <w:p>
      <w:pPr>
        <w:pStyle w:val="Heading1"/>
      </w:pPr>
      <w:r>
        <w:rPr/>
        <w:t>The Boy Who Promised</w:t>
      </w:r>
    </w:p>
    <w:p>
      <w:pPr/>
      <w:r>
        <w:rPr/>
        <w:t>Graduation arrived in a blur of sunshine, photographs, and proud parents.</w:t>
      </w:r>
    </w:p>
    <w:p>
      <w:pPr/>
      <w:r>
        <w:rPr/>
        <w:t>Eden had been accepted to the University of North Carolina at Chapel Hill.</w:t>
      </w:r>
    </w:p>
    <w:p>
      <w:pPr/>
      <w:r>
        <w:rPr/>
        <w:t>Jasher was preparing for the Marines.</w:t>
      </w:r>
    </w:p>
    <w:p>
      <w:pPr/>
      <w:r>
        <w:rPr/>
        <w:t>He had enlisted alongside two friends, Caleb and Ezekiel.</w:t>
      </w:r>
    </w:p>
    <w:p>
      <w:pPr/>
      <w:r>
        <w:rPr/>
        <w:t>Three young men with different personalities and a shared desire to become something greater than themselves.</w:t>
      </w:r>
    </w:p>
    <w:p>
      <w:pPr/>
      <w:r>
        <w:rPr/>
        <w:t>Jasher wanted to build things.</w:t>
      </w:r>
    </w:p>
    <w:p>
      <w:pPr/>
      <w:r>
        <w:rPr/>
        <w:t>Ezekiel wanted to lead.</w:t>
      </w:r>
    </w:p>
    <w:p>
      <w:pPr/>
      <w:r>
        <w:rPr/>
        <w:t>Caleb wasn't entirely sure what he wanted.</w:t>
      </w:r>
    </w:p>
    <w:p>
      <w:pPr/>
      <w:r>
        <w:rPr/>
        <w:t>But the Marines seemed like a good place to find out.</w:t>
      </w:r>
    </w:p>
    <w:p>
      <w:pPr/>
      <w:r>
        <w:rPr/>
        <w:t>A few weeks after graduation, Eden stood beside Jasher's duffel bag.</w:t>
      </w:r>
    </w:p>
    <w:p>
      <w:pPr/>
      <w:r>
        <w:rPr/>
        <w:t>She had promised herself she wouldn't cry.</w:t>
      </w:r>
    </w:p>
    <w:p>
      <w:pPr/>
      <w:r>
        <w:rPr/>
        <w:t>She was doing a terrible job.</w:t>
      </w:r>
    </w:p>
    <w:p>
      <w:pPr/>
      <w:r>
        <w:rPr/>
        <w:t>"I'll write," Jasher said.</w:t>
      </w:r>
    </w:p>
    <w:p>
      <w:pPr/>
      <w:r>
        <w:rPr/>
        <w:t>"You better."</w:t>
      </w:r>
    </w:p>
    <w:p>
      <w:pPr/>
      <w:r>
        <w:rPr/>
        <w:t>"Every chance I get."</w:t>
      </w:r>
    </w:p>
    <w:p>
      <w:pPr/>
      <w:r>
        <w:rPr/>
        <w:t>She wrapped her arms around him.</w:t>
      </w:r>
    </w:p>
    <w:p>
      <w:pPr/>
      <w:r>
        <w:rPr/>
        <w:t>For a moment, neither spoke.</w:t>
      </w:r>
    </w:p>
    <w:p>
      <w:pPr/>
      <w:r>
        <w:rPr/>
        <w:t>Then he kissed her forehead.</w:t>
      </w:r>
    </w:p>
    <w:p>
      <w:pPr/>
      <w:r>
        <w:rPr/>
        <w:t>"UNC girl."</w:t>
      </w:r>
    </w:p>
    <w:p>
      <w:pPr/>
      <w:r>
        <w:rPr/>
        <w:t>She laughed through her tears.</w:t>
      </w:r>
    </w:p>
    <w:p>
      <w:pPr/>
      <w:r>
        <w:rPr/>
        <w:t>"Marine boy."</w:t>
      </w:r>
    </w:p>
    <w:p>
      <w:pPr/>
      <w:r>
        <w:rPr/>
        <w:t>The bus driver called for the remaining passengers.</w:t>
      </w:r>
    </w:p>
    <w:p>
      <w:pPr/>
      <w:r>
        <w:rPr/>
        <w:t>Jasher picked up his bag.</w:t>
      </w:r>
    </w:p>
    <w:p>
      <w:pPr/>
      <w:r>
        <w:rPr/>
        <w:t>"Make me proud," Eden whispered.</w:t>
      </w:r>
    </w:p>
    <w:p>
      <w:pPr/>
      <w:r>
        <w:rPr/>
        <w:t>"Always."</w:t>
      </w:r>
    </w:p>
    <w:p>
      <w:pPr/>
      <w:r>
        <w:rPr/>
        <w:t>He climbed aboard.</w:t>
      </w:r>
    </w:p>
    <w:p>
      <w:pPr/>
      <w:r>
        <w:rPr/>
        <w:t>Eden waved until the bus disappeared.</w:t>
      </w:r>
    </w:p>
    <w:p>
      <w:pPr/>
      <w:r>
        <w:rPr/>
        <w:t>She didn't know she was pregnant.</w:t>
      </w:r>
    </w:p>
    <w:p>
      <w:pPr/>
      <w:r>
        <w:rPr/>
        <w:t>And Jasher didn't know that the life they had imagined together was already beginning to change.</w:t>
      </w:r>
    </w:p>
    <w:p>
      <w:pPr/>
      <w:r>
        <w:rPr/>
      </w:r>
    </w:p>
    <w:p>
      <w:pPr/>
      <w:r>
        <w:rPr/>
      </w:r>
    </w:p>
    <w:p>
      <w:pPr>
        <w:pStyle w:val="Heading2"/>
      </w:pPr>
      <w:r>
        <w:rPr/>
        <w:t>CHAPTER THREE</w:t>
      </w:r>
    </w:p>
    <w:p>
      <w:pPr>
        <w:pStyle w:val="Heading1"/>
      </w:pPr>
      <w:r>
        <w:rPr/>
        <w:t>Carolina Blue</w:t>
      </w:r>
    </w:p>
    <w:p>
      <w:pPr/>
      <w:r>
        <w:rPr/>
        <w:t>The University of North Carolina welcomed Eden with brick buildings, towering trees, and blue banners fluttering in the late-summer breeze.</w:t>
      </w:r>
    </w:p>
    <w:p>
      <w:pPr/>
      <w:r>
        <w:rPr/>
        <w:t>Her parents helped carry her belongings into the residence hall.</w:t>
      </w:r>
    </w:p>
    <w:p>
      <w:pPr/>
      <w:r>
        <w:rPr/>
        <w:t>Her mother fussed over the blankets.</w:t>
      </w:r>
    </w:p>
    <w:p>
      <w:pPr/>
      <w:r>
        <w:rPr/>
        <w:t>Her father insisted on checking the window locks.</w:t>
      </w:r>
    </w:p>
    <w:p>
      <w:pPr/>
      <w:r>
        <w:rPr/>
        <w:t>"Dad," Eden laughed, "I'm going to college, not prison."</w:t>
      </w:r>
    </w:p>
    <w:p>
      <w:pPr/>
      <w:r>
        <w:rPr/>
        <w:t>"Same thing. Different tuition."</w:t>
      </w:r>
    </w:p>
    <w:p>
      <w:pPr/>
      <w:r>
        <w:rPr/>
        <w:t>Her mother swatted his arm.</w:t>
      </w:r>
    </w:p>
    <w:p>
      <w:pPr/>
      <w:r>
        <w:rPr/>
        <w:t>They laughed together.</w:t>
      </w:r>
    </w:p>
    <w:p>
      <w:pPr/>
      <w:r>
        <w:rPr/>
        <w:t>When it was time to leave, her mother hugged her tightly.</w:t>
      </w:r>
    </w:p>
    <w:p>
      <w:pPr/>
      <w:r>
        <w:rPr/>
        <w:t>"Call us."</w:t>
      </w:r>
    </w:p>
    <w:p>
      <w:pPr/>
      <w:r>
        <w:rPr/>
        <w:t>"I will."</w:t>
      </w:r>
    </w:p>
    <w:p>
      <w:pPr/>
      <w:r>
        <w:rPr/>
        <w:t>"Eat something besides pizza."</w:t>
      </w:r>
    </w:p>
    <w:p>
      <w:pPr/>
      <w:r>
        <w:rPr/>
        <w:t>"I will."</w:t>
      </w:r>
    </w:p>
    <w:p>
      <w:pPr/>
      <w:r>
        <w:rPr/>
        <w:t>"And don't forget why you're here."</w:t>
      </w:r>
    </w:p>
    <w:p>
      <w:pPr/>
      <w:r>
        <w:rPr/>
        <w:t>Eden smiled.</w:t>
      </w:r>
    </w:p>
    <w:p>
      <w:pPr/>
      <w:r>
        <w:rPr/>
        <w:t>"To get an education."</w:t>
      </w:r>
    </w:p>
    <w:p>
      <w:pPr/>
      <w:r>
        <w:rPr/>
        <w:t>Her mother kissed her forehead.</w:t>
      </w:r>
    </w:p>
    <w:p>
      <w:pPr/>
      <w:r>
        <w:rPr/>
        <w:t>"To become the woman God created you to be."</w:t>
      </w:r>
    </w:p>
    <w:p>
      <w:pPr/>
      <w:r>
        <w:rPr/>
        <w:t>After they drove away, Eden stood outside the residence hall watching their car disappear.</w:t>
      </w:r>
    </w:p>
    <w:p>
      <w:pPr/>
      <w:r>
        <w:rPr/>
        <w:t>For the first time, she felt truly alone.</w:t>
      </w:r>
    </w:p>
    <w:p>
      <w:pPr/>
      <w:r>
        <w:rPr/>
        <w:t>She picked up her suitcase and turned toward the building.</w:t>
      </w:r>
    </w:p>
    <w:p>
      <w:pPr/>
      <w:r>
        <w:rPr/>
        <w:t>Halfway up the sidewalk, a wave of nausea washed over her.</w:t>
      </w:r>
    </w:p>
    <w:p>
      <w:pPr/>
      <w:r>
        <w:rPr/>
        <w:t>She stopped.</w:t>
      </w:r>
    </w:p>
    <w:p>
      <w:pPr/>
      <w:r>
        <w:rPr/>
        <w:t>One hand settled against her stomach.</w:t>
      </w:r>
    </w:p>
    <w:p>
      <w:pPr/>
      <w:r>
        <w:rPr/>
        <w:t>Probably nerves, she told herself.</w:t>
      </w:r>
    </w:p>
    <w:p>
      <w:pPr/>
      <w:r>
        <w:rPr/>
        <w:t>New school.</w:t>
      </w:r>
    </w:p>
    <w:p>
      <w:pPr/>
      <w:r>
        <w:rPr/>
        <w:t>New routine.</w:t>
      </w:r>
    </w:p>
    <w:p>
      <w:pPr/>
      <w:r>
        <w:rPr/>
        <w:t>Too much excitement.</w:t>
      </w:r>
    </w:p>
    <w:p>
      <w:pPr/>
      <w:r>
        <w:rPr/>
        <w:t>But the nausea returned.</w:t>
      </w:r>
    </w:p>
    <w:p>
      <w:pPr/>
      <w:r>
        <w:rPr/>
        <w:t>And a few days later, alone in her dormitory bathroom, Eden held a pregnancy test between trembling fingers.</w:t>
      </w:r>
    </w:p>
    <w:p>
      <w:pPr/>
      <w:r>
        <w:rPr/>
        <w:t>Two pink lines.</w:t>
      </w:r>
    </w:p>
    <w:p>
      <w:pPr/>
      <w:r>
        <w:rPr/>
        <w:t>She stared.</w:t>
      </w:r>
    </w:p>
    <w:p>
      <w:pPr/>
      <w:r>
        <w:rPr/>
        <w:t>Blinking didn't change them.</w:t>
      </w:r>
    </w:p>
    <w:p>
      <w:pPr/>
      <w:r>
        <w:rPr/>
        <w:t>Neither did turning the test toward the light.</w:t>
      </w:r>
    </w:p>
    <w:p>
      <w:pPr/>
      <w:r>
        <w:rPr/>
        <w:t>Two pink lines.</w:t>
      </w:r>
    </w:p>
    <w:p>
      <w:pPr/>
      <w:r>
        <w:rPr/>
        <w:t>Her knees weakened.</w:t>
      </w:r>
    </w:p>
    <w:p>
      <w:pPr/>
      <w:r>
        <w:rPr/>
        <w:t>"No," she whispered.</w:t>
      </w:r>
    </w:p>
    <w:p>
      <w:pPr/>
      <w:r>
        <w:rPr/>
        <w:t>The bathroom fan hummed above her.</w:t>
      </w:r>
    </w:p>
    <w:p>
      <w:pPr/>
      <w:r>
        <w:rPr/>
        <w:t>Somewhere outside, students shouted and laughed.</w:t>
      </w:r>
    </w:p>
    <w:p>
      <w:pPr/>
      <w:r>
        <w:rPr/>
        <w:t>Eden looked at herself in the mirror.</w:t>
      </w:r>
    </w:p>
    <w:p>
      <w:pPr/>
      <w:r>
        <w:rPr/>
        <w:t>Seventeen years of being the responsible girl.</w:t>
      </w:r>
    </w:p>
    <w:p>
      <w:pPr/>
      <w:r>
        <w:rPr/>
        <w:t>Good grades.</w:t>
      </w:r>
    </w:p>
    <w:p>
      <w:pPr/>
      <w:r>
        <w:rPr/>
        <w:t>Good decisions.</w:t>
      </w:r>
    </w:p>
    <w:p>
      <w:pPr/>
      <w:r>
        <w:rPr/>
        <w:t>Big dreams.</w:t>
      </w:r>
    </w:p>
    <w:p>
      <w:pPr/>
      <w:r>
        <w:rPr/>
        <w:t>And now she could barely breathe.</w:t>
      </w:r>
    </w:p>
    <w:p>
      <w:pPr/>
      <w:r>
        <w:rPr/>
        <w:t>She reached for her phone.</w:t>
      </w:r>
    </w:p>
    <w:p>
      <w:pPr/>
      <w:r>
        <w:rPr/>
        <w:t>Jasher's picture filled the screen.</w:t>
      </w:r>
    </w:p>
    <w:p>
      <w:pPr/>
      <w:r>
        <w:rPr/>
        <w:t>She tried calling.</w:t>
      </w:r>
    </w:p>
    <w:p>
      <w:pPr/>
      <w:r>
        <w:rPr/>
        <w:t>Nothing.</w:t>
      </w:r>
    </w:p>
    <w:p>
      <w:pPr/>
      <w:r>
        <w:rPr/>
        <w:t>Again.</w:t>
      </w:r>
    </w:p>
    <w:p>
      <w:pPr/>
      <w:r>
        <w:rPr/>
        <w:t>Nothing.</w:t>
      </w:r>
    </w:p>
    <w:p>
      <w:pPr/>
      <w:r>
        <w:rPr/>
        <w:t>Marine boot camp had swallowed him into a world of strict schedules, shouted commands, and limited communication.</w:t>
      </w:r>
    </w:p>
    <w:p>
      <w:pPr/>
      <w:r>
        <w:rPr/>
        <w:t>She sat on the bathroom floor and stared at the phone.</w:t>
      </w:r>
    </w:p>
    <w:p>
      <w:pPr/>
      <w:r>
        <w:rPr/>
        <w:t>"Please," she whispered. "Just answer."</w:t>
      </w:r>
    </w:p>
    <w:p>
      <w:pPr/>
      <w:r>
        <w:rPr/>
        <w:t>But he couldn't.</w:t>
      </w:r>
    </w:p>
    <w:p>
      <w:pPr/>
      <w:r>
        <w:rPr/>
        <w:t>That afternoon, Eden sat at her desk with a sheet of paper.</w:t>
      </w:r>
    </w:p>
    <w:p>
      <w:pPr/>
      <w:r>
        <w:rPr/>
        <w:t>Dear Jasher...</w:t>
      </w:r>
    </w:p>
    <w:p>
      <w:pPr/>
      <w:r>
        <w:rPr/>
        <w:t>She stopped.</w:t>
      </w:r>
    </w:p>
    <w:p>
      <w:pPr/>
      <w:r>
        <w:rPr/>
        <w:t>How was she supposed to tell him?</w:t>
      </w:r>
    </w:p>
    <w:p>
      <w:pPr/>
      <w:r>
        <w:rPr/>
        <w:t>She tried again.</w:t>
      </w:r>
    </w:p>
    <w:p>
      <w:pPr/>
      <w:r>
        <w:rPr/>
        <w:t>There's something I need to tell you.</w:t>
      </w:r>
    </w:p>
    <w:p>
      <w:pPr/>
      <w:r>
        <w:rPr/>
        <w:t>Her pen hovered over the paper.</w:t>
      </w:r>
    </w:p>
    <w:p>
      <w:pPr/>
      <w:r>
        <w:rPr/>
        <w:t>She imagined him reading those words.</w:t>
      </w:r>
    </w:p>
    <w:p>
      <w:pPr/>
      <w:r>
        <w:rPr/>
        <w:t>Would he be angry?</w:t>
      </w:r>
    </w:p>
    <w:p>
      <w:pPr/>
      <w:r>
        <w:rPr/>
        <w:t>Would he leave?</w:t>
      </w:r>
    </w:p>
    <w:p>
      <w:pPr/>
      <w:r>
        <w:rPr/>
        <w:t>Would his military career be ruined?</w:t>
      </w:r>
    </w:p>
    <w:p>
      <w:pPr/>
      <w:r>
        <w:rPr/>
        <w:t>Would her parents ever look at her the same way again?</w:t>
      </w:r>
    </w:p>
    <w:p>
      <w:pPr/>
      <w:r>
        <w:rPr/>
        <w:t>Her thoughts tangled until she could no longer separate fear from reality.</w:t>
      </w:r>
    </w:p>
    <w:p>
      <w:pPr/>
      <w:r>
        <w:rPr/>
        <w:t>She tore the letter in half.</w:t>
      </w:r>
    </w:p>
    <w:p>
      <w:pPr/>
      <w:r>
        <w:rPr/>
        <w:t>Then again.</w:t>
      </w:r>
    </w:p>
    <w:p>
      <w:pPr/>
      <w:r>
        <w:rPr/>
        <w:t>Tiny pieces fluttered onto the desk beside their graduation photograph.</w:t>
      </w:r>
    </w:p>
    <w:p>
      <w:pPr/>
      <w:r>
        <w:rPr/>
        <w:t>She covered her face.</w:t>
      </w:r>
    </w:p>
    <w:p>
      <w:pPr/>
      <w:r>
        <w:rPr/>
        <w:t>"I can't do this."</w:t>
      </w:r>
    </w:p>
    <w:p>
      <w:pPr/>
      <w:r>
        <w:rPr/>
        <w:t>And for the first time in her life, Eden discovered that being a good student didn't mean she knew the answers to everything.</w:t>
      </w:r>
    </w:p>
    <w:p>
      <w:pPr/>
      <w:r>
        <w:rPr/>
        <w:t>Sometimes the questions were bigger than anything she'd ever studied.</w:t>
      </w:r>
    </w:p>
    <w:p>
      <w:pPr/>
      <w:r>
        <w:rPr/>
        <w:t>Sometimes the future refused to follow the plan.</w:t>
      </w:r>
    </w:p>
    <w:p>
      <w:pPr/>
      <w:r>
        <w:rPr/>
        <w:t>And sometimes fear made a person believe there was only one way forward.</w:t>
      </w:r>
    </w:p>
    <w:p>
      <w:pPr/>
      <w:r>
        <w:rPr/>
        <w:t>Even when there wasn't.</w:t>
      </w:r>
    </w:p>
    <w:p>
      <w:pPr/>
      <w:r>
        <w:rPr/>
      </w:r>
    </w:p>
    <w:p>
      <w:pPr/>
      <w:r>
        <w:rPr/>
      </w:r>
    </w:p>
    <w:p>
      <w:pPr>
        <w:pStyle w:val="Heading2"/>
      </w:pPr>
      <w:r>
        <w:rPr/>
        <w:t>CHAPTER FOUR</w:t>
      </w:r>
    </w:p>
    <w:p>
      <w:pPr>
        <w:pStyle w:val="Heading1"/>
      </w:pPr>
      <w:r>
        <w:rPr/>
        <w:t>The Decision</w:t>
      </w:r>
    </w:p>
    <w:p>
      <w:pPr/>
      <w:r>
        <w:rPr/>
        <w:t>Rain fell steadily the afternoon Eden stood across the street from the clinic.</w:t>
      </w:r>
    </w:p>
    <w:p>
      <w:pPr/>
      <w:r>
        <w:rPr/>
        <w:t>Cars passed through puddles, their tires hissing against wet pavement.</w:t>
      </w:r>
    </w:p>
    <w:p>
      <w:pPr/>
      <w:r>
        <w:rPr/>
        <w:t>Eden gripped the handle of her umbrella.</w:t>
      </w:r>
    </w:p>
    <w:p>
      <w:pPr/>
      <w:r>
        <w:rPr/>
        <w:t>Above the entrance, a sign read Planned Parenthood.</w:t>
      </w:r>
    </w:p>
    <w:p>
      <w:pPr/>
      <w:r>
        <w:rPr/>
        <w:t>She had spent nights searching the internet, reading conflicting advice, calculating dates, and imagining every possible future.</w:t>
      </w:r>
    </w:p>
    <w:p>
      <w:pPr/>
      <w:r>
        <w:rPr/>
        <w:t>She was frightened of disappointing everyone.</w:t>
      </w:r>
    </w:p>
    <w:p>
      <w:pPr/>
      <w:r>
        <w:rPr/>
        <w:t>Frightened of raising a child alone.</w:t>
      </w:r>
    </w:p>
    <w:p>
      <w:pPr/>
      <w:r>
        <w:rPr/>
        <w:t>Frightened of losing the life she had planned.</w:t>
      </w:r>
    </w:p>
    <w:p>
      <w:pPr/>
      <w:r>
        <w:rPr/>
        <w:t>And frightened of what would happen if Jasher learned the truth.</w:t>
      </w:r>
    </w:p>
    <w:p>
      <w:pPr/>
      <w:r>
        <w:rPr/>
        <w:t>She stood there so long that cold water began dripping from the edge of her umbrella onto her shoes.</w:t>
      </w:r>
    </w:p>
    <w:p>
      <w:pPr/>
      <w:r>
        <w:rPr/>
        <w:t>Then she crossed the street.</w:t>
      </w:r>
    </w:p>
    <w:p>
      <w:pPr/>
      <w:r>
        <w:rPr/>
        <w:t>Inside, the waiting room smelled faintly of cleaning solution and coffee.</w:t>
      </w:r>
    </w:p>
    <w:p>
      <w:pPr/>
      <w:r>
        <w:rPr/>
        <w:t>A clock ticked above the reception desk.</w:t>
      </w:r>
    </w:p>
    <w:p>
      <w:pPr/>
      <w:r>
        <w:rPr/>
        <w:t>Eden held paperwork in both hands.</w:t>
      </w:r>
    </w:p>
    <w:p>
      <w:pPr/>
      <w:r>
        <w:rPr/>
        <w:t>Her fingers tightened until the pages wrinkled.</w:t>
      </w:r>
    </w:p>
    <w:p>
      <w:pPr/>
      <w:r>
        <w:rPr/>
        <w:t>She wanted somebody to come through the door.</w:t>
      </w:r>
    </w:p>
    <w:p>
      <w:pPr/>
      <w:r>
        <w:rPr/>
        <w:t>Her mother.</w:t>
      </w:r>
    </w:p>
    <w:p>
      <w:pPr/>
      <w:r>
        <w:rPr/>
        <w:t>Jasher.</w:t>
      </w:r>
    </w:p>
    <w:p>
      <w:pPr/>
      <w:r>
        <w:rPr/>
        <w:t>Anybody.</w:t>
      </w:r>
    </w:p>
    <w:p>
      <w:pPr/>
      <w:r>
        <w:rPr/>
        <w:t>Someone who would sit beside her and help her think clearly.</w:t>
      </w:r>
    </w:p>
    <w:p>
      <w:pPr/>
      <w:r>
        <w:rPr/>
        <w:t>But she was alone.</w:t>
      </w:r>
    </w:p>
    <w:p>
      <w:pPr/>
      <w:r>
        <w:rPr/>
        <w:t>And she made her decision alone.</w:t>
      </w:r>
    </w:p>
    <w:p>
      <w:pPr/>
      <w:r>
        <w:rPr/>
        <w:t>When Eden returned to her dormitory, the rain had stopped.</w:t>
      </w:r>
    </w:p>
    <w:p>
      <w:pPr/>
      <w:r>
        <w:rPr/>
        <w:t>She locked the door behind her.</w:t>
      </w:r>
    </w:p>
    <w:p>
      <w:pPr/>
      <w:r>
        <w:rPr/>
        <w:t>A plain envelope rested in her hand.</w:t>
      </w:r>
    </w:p>
    <w:p>
      <w:pPr/>
      <w:r>
        <w:rPr/>
        <w:t>She leaned against the wood.</w:t>
      </w:r>
    </w:p>
    <w:p>
      <w:pPr/>
      <w:r>
        <w:rPr/>
        <w:t>For several seconds, she simply stood there.</w:t>
      </w:r>
    </w:p>
    <w:p>
      <w:pPr/>
      <w:r>
        <w:rPr/>
        <w:t>Then her knees folded.</w:t>
      </w:r>
    </w:p>
    <w:p>
      <w:pPr/>
      <w:r>
        <w:rPr/>
        <w:t>She slid to the floor, covered her mouth, and began to cry.</w:t>
      </w:r>
    </w:p>
    <w:p>
      <w:pPr/>
      <w:r>
        <w:rPr/>
        <w:t>Not loudly.</w:t>
      </w:r>
    </w:p>
    <w:p>
      <w:pPr/>
      <w:r>
        <w:rPr/>
        <w:t>Not dramatically.</w:t>
      </w:r>
    </w:p>
    <w:p>
      <w:pPr/>
      <w:r>
        <w:rPr/>
        <w:t>Just the exhausted, breathless crying of someone who couldn't find a way to escape herself.</w:t>
      </w:r>
    </w:p>
    <w:p>
      <w:pPr/>
      <w:r>
        <w:rPr/>
        <w:t>"I'm sorry," she whispered.</w:t>
      </w:r>
    </w:p>
    <w:p>
      <w:pPr/>
      <w:r>
        <w:rPr/>
        <w:t>She said it again.</w:t>
      </w:r>
    </w:p>
    <w:p>
      <w:pPr/>
      <w:r>
        <w:rPr/>
        <w:t>And again.</w:t>
      </w:r>
    </w:p>
    <w:p>
      <w:pPr/>
      <w:r>
        <w:rPr/>
        <w:t>But the room remained silent.</w:t>
      </w:r>
    </w:p>
    <w:p>
      <w:pPr/>
      <w:r>
        <w:rPr/>
        <w:t>At first, Eden tried to pretend nothing had happened.</w:t>
      </w:r>
    </w:p>
    <w:p>
      <w:pPr/>
      <w:r>
        <w:rPr/>
        <w:t>She attended classes.</w:t>
      </w:r>
    </w:p>
    <w:p>
      <w:pPr/>
      <w:r>
        <w:rPr/>
        <w:t>Opened textbooks.</w:t>
      </w:r>
    </w:p>
    <w:p>
      <w:pPr/>
      <w:r>
        <w:rPr/>
        <w:t>Answered questions when professors called on her.</w:t>
      </w:r>
    </w:p>
    <w:p>
      <w:pPr/>
      <w:r>
        <w:rPr/>
        <w:t>But words stopped making sense.</w:t>
      </w:r>
    </w:p>
    <w:p>
      <w:pPr/>
      <w:r>
        <w:rPr/>
        <w:t>Assignments accumulated.</w:t>
      </w:r>
    </w:p>
    <w:p>
      <w:pPr/>
      <w:r>
        <w:rPr/>
        <w:t>Unread emails filled her inbox.</w:t>
      </w:r>
    </w:p>
    <w:p>
      <w:pPr/>
      <w:r>
        <w:rPr/>
        <w:t>Her phone rang.</w:t>
      </w:r>
    </w:p>
    <w:p>
      <w:pPr/>
      <w:r>
        <w:rPr/>
        <w:t>She ignored it.</w:t>
      </w:r>
    </w:p>
    <w:p>
      <w:pPr/>
      <w:r>
        <w:rPr/>
        <w:t>Her mother's messages became increasingly concerned.</w:t>
      </w:r>
    </w:p>
    <w:p>
      <w:pPr/>
      <w:r>
        <w:rPr/>
        <w:t>Sweetheart, are you okay?</w:t>
      </w:r>
    </w:p>
    <w:p>
      <w:pPr/>
      <w:r>
        <w:rPr/>
        <w:t>Eden typed:</w:t>
      </w:r>
    </w:p>
    <w:p>
      <w:pPr/>
      <w:r>
        <w:rPr/>
        <w:t>I'm fine.</w:t>
      </w:r>
    </w:p>
    <w:p>
      <w:pPr/>
      <w:r>
        <w:rPr/>
        <w:t>Then tossed the phone onto her bed.</w:t>
      </w:r>
    </w:p>
    <w:p>
      <w:pPr/>
      <w:r>
        <w:rPr/>
        <w:t>She was getting good at those two words.</w:t>
      </w:r>
    </w:p>
    <w:p>
      <w:pPr/>
      <w:r>
        <w:rPr/>
        <w:t>I'm fine.</w:t>
      </w:r>
    </w:p>
    <w:p>
      <w:pPr/>
      <w:r>
        <w:rPr/>
        <w:t>Soon she stopped attending classes altogether.</w:t>
      </w:r>
    </w:p>
    <w:p>
      <w:pPr/>
      <w:r>
        <w:rPr/>
        <w:t>She closed the curtains.</w:t>
      </w:r>
    </w:p>
    <w:p>
      <w:pPr/>
      <w:r>
        <w:rPr/>
        <w:t>She stayed in bed while sunlight slipped around the edges of the fabric.</w:t>
      </w:r>
    </w:p>
    <w:p>
      <w:pPr/>
      <w:r>
        <w:rPr/>
        <w:t>Her beautiful college clothes disappeared into the back of her closet.</w:t>
      </w:r>
    </w:p>
    <w:p>
      <w:pPr/>
      <w:r>
        <w:rPr/>
        <w:t>Instead, she wore an old black Nirvana T-shirt and olive-green sweatpants.</w:t>
      </w:r>
    </w:p>
    <w:p>
      <w:pPr/>
      <w:r>
        <w:rPr/>
        <w:t>Her hair went unwashed.</w:t>
      </w:r>
    </w:p>
    <w:p>
      <w:pPr/>
      <w:r>
        <w:rPr/>
        <w:t>Her notebooks sat untouched.</w:t>
      </w:r>
    </w:p>
    <w:p>
      <w:pPr/>
      <w:r>
        <w:rPr/>
        <w:t>One morning, she stood before the bathroom mirror.</w:t>
      </w:r>
    </w:p>
    <w:p>
      <w:pPr/>
      <w:r>
        <w:rPr/>
        <w:t>She couldn't bring herself to meet her own eyes.</w:t>
      </w:r>
    </w:p>
    <w:p>
      <w:pPr/>
      <w:r>
        <w:rPr/>
        <w:t>"I hate you," she whispered.</w:t>
      </w:r>
    </w:p>
    <w:p>
      <w:pPr/>
      <w:r>
        <w:rPr/>
        <w:t>Eventually, she signed the withdrawal paperwork.</w:t>
      </w:r>
    </w:p>
    <w:p>
      <w:pPr/>
      <w:r>
        <w:rPr/>
        <w:t>Her hand trembled as she placed her UNC student identification card inside a desk drawer.</w:t>
      </w:r>
    </w:p>
    <w:p>
      <w:pPr/>
      <w:r>
        <w:rPr/>
        <w:t>Then she closed it.</w:t>
      </w:r>
    </w:p>
    <w:p>
      <w:pPr/>
      <w:r>
        <w:rPr/>
        <w:t>The click sounded terribly final.</w:t>
      </w:r>
    </w:p>
    <w:p>
      <w:pPr/>
      <w:r>
        <w:rPr/>
        <w:t>For a while, Eden tried becoming someone else.</w:t>
      </w:r>
    </w:p>
    <w:p>
      <w:pPr/>
      <w:r>
        <w:rPr/>
        <w:t>She went places she once would have avoided.</w:t>
      </w:r>
    </w:p>
    <w:p>
      <w:pPr/>
      <w:r>
        <w:rPr/>
        <w:t>Argued with friends.</w:t>
      </w:r>
    </w:p>
    <w:p>
      <w:pPr/>
      <w:r>
        <w:rPr/>
        <w:t>Stayed out too late.</w:t>
      </w:r>
    </w:p>
    <w:p>
      <w:pPr/>
      <w:r>
        <w:rPr/>
        <w:t>Made reckless choices because consequences no longer seemed important.</w:t>
      </w:r>
    </w:p>
    <w:p>
      <w:pPr/>
      <w:r>
        <w:rPr/>
        <w:t>One evening, she stood in a narrow downtown alley staring at the black paint she had sprayed across a brick wall.</w:t>
      </w:r>
    </w:p>
    <w:p>
      <w:pPr/>
      <w:r>
        <w:rPr/>
        <w:t>She didn't feel powerful.</w:t>
      </w:r>
    </w:p>
    <w:p>
      <w:pPr/>
      <w:r>
        <w:rPr/>
        <w:t>She didn't feel free.</w:t>
      </w:r>
    </w:p>
    <w:p>
      <w:pPr/>
      <w:r>
        <w:rPr/>
        <w:t>She felt empty.</w:t>
      </w:r>
    </w:p>
    <w:p>
      <w:pPr/>
      <w:r>
        <w:rPr/>
        <w:t>She stared at the can in her hand.</w:t>
      </w:r>
    </w:p>
    <w:p>
      <w:pPr/>
      <w:r>
        <w:rPr/>
        <w:t>"What am I doing?"</w:t>
      </w:r>
    </w:p>
    <w:p>
      <w:pPr/>
      <w:r>
        <w:rPr/>
        <w:t>But the question had no answer.</w:t>
      </w:r>
    </w:p>
    <w:p>
      <w:pPr/>
      <w:r>
        <w:rPr/>
        <w:t>Her rebellion wasn't freedom.</w:t>
      </w:r>
    </w:p>
    <w:p>
      <w:pPr/>
      <w:r>
        <w:rPr/>
        <w:t>It was another way of hiding.</w:t>
      </w:r>
    </w:p>
    <w:p>
      <w:pPr/>
      <w:r>
        <w:rPr/>
        <w:t>And eventually, even running became exhausting.</w:t>
      </w:r>
    </w:p>
    <w:p>
      <w:pPr/>
      <w:r>
        <w:rPr/>
      </w:r>
    </w:p>
    <w:p>
      <w:pPr/>
      <w:r>
        <w:rPr/>
      </w:r>
    </w:p>
    <w:p>
      <w:pPr>
        <w:pStyle w:val="Heading2"/>
      </w:pPr>
      <w:r>
        <w:rPr/>
        <w:t>CHAPTER FIVE</w:t>
      </w:r>
    </w:p>
    <w:p>
      <w:pPr>
        <w:pStyle w:val="Heading1"/>
      </w:pPr>
      <w:r>
        <w:rPr/>
        <w:t>The Letter That Never Came</w:t>
      </w:r>
    </w:p>
    <w:p>
      <w:pPr/>
      <w:r>
        <w:rPr/>
        <w:t>Thousands of miles away, Jasher was learning that the Marine Corps didn't care how strong he thought he was.</w:t>
      </w:r>
    </w:p>
    <w:p>
      <w:pPr/>
      <w:r>
        <w:rPr/>
        <w:t>Strength was measured differently there.</w:t>
      </w:r>
    </w:p>
    <w:p>
      <w:pPr/>
      <w:r>
        <w:rPr/>
        <w:t>Not by how much weight a man could lift.</w:t>
      </w:r>
    </w:p>
    <w:p>
      <w:pPr/>
      <w:r>
        <w:rPr/>
        <w:t>Not by how impressive he looked.</w:t>
      </w:r>
    </w:p>
    <w:p>
      <w:pPr/>
      <w:r>
        <w:rPr/>
        <w:t>But by what he could endure when his body was exhausted and his mind begged him to stop.</w:t>
      </w:r>
    </w:p>
    <w:p>
      <w:pPr/>
      <w:r>
        <w:rPr/>
        <w:t>Jasher excelled.</w:t>
      </w:r>
    </w:p>
    <w:p>
      <w:pPr/>
      <w:r>
        <w:rPr/>
        <w:t>He ran harder.</w:t>
      </w:r>
    </w:p>
    <w:p>
      <w:pPr/>
      <w:r>
        <w:rPr/>
        <w:t>Lifted more.</w:t>
      </w:r>
    </w:p>
    <w:p>
      <w:pPr/>
      <w:r>
        <w:rPr/>
        <w:t>Pushed himself further.</w:t>
      </w:r>
    </w:p>
    <w:p>
      <w:pPr/>
      <w:r>
        <w:rPr/>
        <w:t>Caleb noticed.</w:t>
      </w:r>
    </w:p>
    <w:p>
      <w:pPr/>
      <w:r>
        <w:rPr/>
        <w:t>"You're going to kill yourself trying to impress somebody," he said one evening.</w:t>
      </w:r>
    </w:p>
    <w:p>
      <w:pPr/>
      <w:r>
        <w:rPr/>
        <w:t>Jasher wiped sweat from his forehead.</w:t>
      </w:r>
    </w:p>
    <w:p>
      <w:pPr/>
      <w:r>
        <w:rPr/>
        <w:t>"Nobody's asking you to keep up."</w:t>
      </w:r>
    </w:p>
    <w:p>
      <w:pPr/>
      <w:r>
        <w:rPr/>
        <w:t>Caleb laughed.</w:t>
      </w:r>
    </w:p>
    <w:p>
      <w:pPr/>
      <w:r>
        <w:rPr/>
        <w:t>"That's adorable."</w:t>
      </w:r>
    </w:p>
    <w:p>
      <w:pPr/>
      <w:r>
        <w:rPr/>
        <w:t>Ezekiel sat nearby, cleaning his boots.</w:t>
      </w:r>
    </w:p>
    <w:p>
      <w:pPr/>
      <w:r>
        <w:rPr/>
        <w:t>"He's not trying to impress anybody," Ezekiel said.</w:t>
      </w:r>
    </w:p>
    <w:p>
      <w:pPr/>
      <w:r>
        <w:rPr/>
        <w:t>Caleb raised an eyebrow.</w:t>
      </w:r>
    </w:p>
    <w:p>
      <w:pPr/>
      <w:r>
        <w:rPr/>
        <w:t>"Then what's he doing?"</w:t>
      </w:r>
    </w:p>
    <w:p>
      <w:pPr/>
      <w:r>
        <w:rPr/>
        <w:t>Ezekiel looked at Jasher.</w:t>
      </w:r>
    </w:p>
    <w:p>
      <w:pPr/>
      <w:r>
        <w:rPr/>
        <w:t>"Trying to prove something."</w:t>
      </w:r>
    </w:p>
    <w:p>
      <w:pPr/>
      <w:r>
        <w:rPr/>
        <w:t>Jasher said nothing.</w:t>
      </w:r>
    </w:p>
    <w:p>
      <w:pPr/>
      <w:r>
        <w:rPr/>
        <w:t>He didn't know why those words bothered him.</w:t>
      </w:r>
    </w:p>
    <w:p>
      <w:pPr/>
      <w:r>
        <w:rPr/>
        <w:t>Maybe because they were true.</w:t>
      </w:r>
    </w:p>
    <w:p>
      <w:pPr/>
      <w:r>
        <w:rPr/>
        <w:t>There were nights when he lay awake thinking about Eden.</w:t>
      </w:r>
    </w:p>
    <w:p>
      <w:pPr/>
      <w:r>
        <w:rPr/>
        <w:t>Her smile.</w:t>
      </w:r>
    </w:p>
    <w:p>
      <w:pPr/>
      <w:r>
        <w:rPr/>
        <w:t>Her laugh.</w:t>
      </w:r>
    </w:p>
    <w:p>
      <w:pPr/>
      <w:r>
        <w:rPr/>
        <w:t>The way she'd fixed his hair before prom.</w:t>
      </w:r>
    </w:p>
    <w:p>
      <w:pPr/>
      <w:r>
        <w:rPr/>
        <w:t>He missed her.</w:t>
      </w:r>
    </w:p>
    <w:p>
      <w:pPr/>
      <w:r>
        <w:rPr/>
        <w:t>He missed the life they'd imagined.</w:t>
      </w:r>
    </w:p>
    <w:p>
      <w:pPr/>
      <w:r>
        <w:rPr/>
        <w:t>And somewhere beneath his determination to become the strongest Marine he could be was a fear he hadn't yet learned to name.</w:t>
      </w:r>
    </w:p>
    <w:p>
      <w:pPr/>
      <w:r>
        <w:rPr/>
        <w:t>What if he wasn't enough?</w:t>
      </w:r>
    </w:p>
    <w:p>
      <w:pPr/>
      <w:r>
        <w:rPr/>
        <w:t>What if everything he loved could disappear while he was powerless to stop it?</w:t>
      </w:r>
    </w:p>
    <w:p>
      <w:pPr/>
      <w:r>
        <w:rPr/>
        <w:t>He didn't know that Eden was already living through the very thing he feared.</w:t>
      </w:r>
    </w:p>
    <w:p>
      <w:pPr/>
      <w:r>
        <w:rPr/>
        <w:t>And she didn't know that he was becoming a man who would spend years trying to control things that couldn't be controlled.</w:t>
      </w:r>
    </w:p>
    <w:p>
      <w:pPr/>
      <w:r>
        <w:rPr/>
      </w:r>
    </w:p>
    <w:p>
      <w:pPr/>
      <w:r>
        <w:rPr/>
      </w:r>
    </w:p>
    <w:p>
      <w:pPr>
        <w:spacing w:before="260" w:after="240"/>
      </w:pPr>
      <w:r>
        <w:t>While Jasher tried to make himself strong enough to carry every loss, another person from Caleb's old life was learning what it meant to have no strength left at all.</w:t>
      </w:r>
    </w:p>
    <w:p>
      <w:pPr>
        <w:pStyle w:val="Heading2"/>
      </w:pPr>
      <w:r>
        <w:rPr/>
        <w:t>CHAPTER SIX</w:t>
      </w:r>
    </w:p>
    <w:p>
      <w:pPr>
        <w:pStyle w:val="Heading1"/>
      </w:pPr>
      <w:r>
        <w:rPr/>
        <w:t>The Woman Who Couldn't Stop Running</w:t>
      </w:r>
    </w:p>
    <w:p>
      <w:pPr/>
      <w:r>
        <w:rPr/>
        <w:t>Photina hated mornings.</w:t>
      </w:r>
    </w:p>
    <w:p>
      <w:pPr/>
      <w:r>
        <w:rPr/>
        <w:t>Especially mornings when the sun came up too bright, the coffee was terrible, and her own thoughts wouldn't leave her alone.</w:t>
      </w:r>
    </w:p>
    <w:p>
      <w:pPr/>
      <w:r>
        <w:rPr/>
        <w:t>She stood outside a convenience store, holding a paper cup of something that barely qualified as coffee.</w:t>
      </w:r>
    </w:p>
    <w:p>
      <w:pPr/>
      <w:r>
        <w:rPr/>
        <w:t>She took a sip.</w:t>
      </w:r>
    </w:p>
    <w:p>
      <w:pPr/>
      <w:r>
        <w:rPr/>
        <w:t>Made a face.</w:t>
      </w:r>
    </w:p>
    <w:p>
      <w:pPr/>
      <w:r>
        <w:rPr/>
        <w:t>"That's disgusting."</w:t>
      </w:r>
    </w:p>
    <w:p>
      <w:pPr/>
      <w:r>
        <w:rPr/>
        <w:t>She took another sip anyway.</w:t>
      </w:r>
    </w:p>
    <w:p>
      <w:pPr/>
      <w:r>
        <w:rPr/>
        <w:t>Her long red curls tumbled over her shoulders as she glanced down the street.</w:t>
      </w:r>
    </w:p>
    <w:p>
      <w:pPr/>
      <w:r>
        <w:rPr/>
        <w:t>There had been a time when she thought freedom meant doing whatever she wanted.</w:t>
      </w:r>
    </w:p>
    <w:p>
      <w:pPr/>
      <w:r>
        <w:rPr/>
        <w:t>Nobody telling her what to do.</w:t>
      </w:r>
    </w:p>
    <w:p>
      <w:pPr/>
      <w:r>
        <w:rPr/>
        <w:t>Nobody judging her.</w:t>
      </w:r>
    </w:p>
    <w:p>
      <w:pPr/>
      <w:r>
        <w:rPr/>
        <w:t>Nobody asking questions.</w:t>
      </w:r>
    </w:p>
    <w:p>
      <w:pPr/>
      <w:r>
        <w:rPr/>
        <w:t>But somewhere along the way, freedom had started feeling a lot like loneliness.</w:t>
      </w:r>
    </w:p>
    <w:p>
      <w:pPr/>
      <w:r>
        <w:rPr/>
        <w:t>The kind that followed you into crowded rooms.</w:t>
      </w:r>
    </w:p>
    <w:p>
      <w:pPr/>
      <w:r>
        <w:rPr/>
        <w:t>The kind that sat beside you at night.</w:t>
      </w:r>
    </w:p>
    <w:p>
      <w:pPr/>
      <w:r>
        <w:rPr/>
        <w:t>The kind that whispered things you didn't want to hear.</w:t>
      </w:r>
    </w:p>
    <w:p>
      <w:pPr/>
      <w:r>
        <w:rPr/>
        <w:t>You're not worth finding.</w:t>
      </w:r>
    </w:p>
    <w:p>
      <w:pPr/>
      <w:r>
        <w:rPr/>
        <w:t>Photina tightened her grip on the cup.</w:t>
      </w:r>
    </w:p>
    <w:p>
      <w:pPr/>
      <w:r>
        <w:rPr/>
        <w:t>"Yeah, well, thanks for the encouragement."</w:t>
      </w:r>
    </w:p>
    <w:p>
      <w:pPr/>
      <w:r>
        <w:rPr/>
        <w:t>A woman passing by gave her a strange look.</w:t>
      </w:r>
    </w:p>
    <w:p>
      <w:pPr/>
      <w:r>
        <w:rPr/>
        <w:t>Photina smiled sweetly.</w:t>
      </w:r>
    </w:p>
    <w:p>
      <w:pPr/>
      <w:r>
        <w:rPr/>
        <w:t>"Not you. Internal management issue."</w:t>
      </w:r>
    </w:p>
    <w:p>
      <w:pPr/>
      <w:r>
        <w:rPr/>
        <w:t>The woman hurried away.</w:t>
      </w:r>
    </w:p>
    <w:p>
      <w:pPr/>
      <w:r>
        <w:rPr/>
        <w:t>Photina sighed.</w:t>
      </w:r>
    </w:p>
    <w:p>
      <w:pPr/>
      <w:r>
        <w:rPr/>
        <w:t>She was good at jokes.</w:t>
      </w:r>
    </w:p>
    <w:p>
      <w:pPr/>
      <w:r>
        <w:rPr/>
        <w:t>Good at sarcasm.</w:t>
      </w:r>
    </w:p>
    <w:p>
      <w:pPr/>
      <w:r>
        <w:rPr/>
        <w:t>Good at convincing people that nothing bothered her.</w:t>
      </w:r>
    </w:p>
    <w:p>
      <w:pPr/>
      <w:r>
        <w:rPr/>
        <w:t>But underneath the attitude was a young woman who had spent years searching for something she couldn't name.</w:t>
      </w:r>
    </w:p>
    <w:p>
      <w:pPr/>
      <w:r>
        <w:rPr/>
        <w:t>Love.</w:t>
      </w:r>
    </w:p>
    <w:p>
      <w:pPr/>
      <w:r>
        <w:rPr/>
        <w:t>Acceptance.</w:t>
      </w:r>
    </w:p>
    <w:p>
      <w:pPr/>
      <w:r>
        <w:rPr/>
        <w:t>A reason to stop running.</w:t>
      </w:r>
    </w:p>
    <w:p>
      <w:pPr/>
      <w:r>
        <w:rPr/>
        <w:t>She had tried enough things to know that temporary happiness could become permanent emptiness.</w:t>
      </w:r>
    </w:p>
    <w:p>
      <w:pPr/>
      <w:r>
        <w:rPr/>
        <w:t>And she was tired.</w:t>
      </w:r>
    </w:p>
    <w:p>
      <w:pPr/>
      <w:r>
        <w:rPr/>
        <w:t>So tired.</w:t>
      </w:r>
    </w:p>
    <w:p>
      <w:pPr/>
      <w:r>
        <w:rPr/>
        <w:t>What Photina didn't know was that God had already begun drawing together people whose lives would change hers forever.</w:t>
      </w:r>
    </w:p>
    <w:p>
      <w:pPr/>
      <w:r>
        <w:rPr/>
        <w:t>Some would become friends.</w:t>
      </w:r>
    </w:p>
    <w:p>
      <w:pPr/>
      <w:r>
        <w:rPr/>
        <w:t>Some would challenge her.</w:t>
      </w:r>
    </w:p>
    <w:p>
      <w:pPr/>
      <w:r>
        <w:rPr/>
        <w:t>And one young woman she hadn't yet learned to forgive would someday need her more than anyone else.</w:t>
      </w:r>
    </w:p>
    <w:p>
      <w:pPr/>
      <w:r>
        <w:rPr/>
      </w:r>
    </w:p>
    <w:p>
      <w:pPr/>
      <w:r>
        <w:rPr/>
      </w:r>
    </w:p>
    <w:p>
      <w:pPr>
        <w:pStyle w:val="Heading2"/>
      </w:pPr>
      <w:r>
        <w:rPr/>
        <w:t>CHAPTER SEVEN</w:t>
      </w:r>
    </w:p>
    <w:p>
      <w:pPr>
        <w:pStyle w:val="Heading1"/>
      </w:pPr>
      <w:r>
        <w:rPr/>
        <w:t>The Walls Between Us</w:t>
      </w:r>
    </w:p>
    <w:p>
      <w:pPr/>
      <w:r>
        <w:rPr/>
        <w:t>Some prisons have bars. Others have memories.</w:t>
      </w:r>
    </w:p>
    <w:p>
      <w:pPr/>
      <w:r>
        <w:rPr/>
        <w:t>The first thing Photina noticed was the silence.</w:t>
      </w:r>
    </w:p>
    <w:p>
      <w:pPr/>
      <w:r>
        <w:rPr/>
        <w:t>Not real silence, of course.</w:t>
      </w:r>
    </w:p>
    <w:p>
      <w:pPr/>
      <w:r>
        <w:rPr/>
        <w:t>There were footsteps in the hallway. Keys rattling against someone’s belt. A woman coughing two cells down. Somewhere beyond the concrete walls, a door slammed with enough force to make her flinch.</w:t>
      </w:r>
    </w:p>
    <w:p>
      <w:pPr/>
      <w:r>
        <w:rPr/>
        <w:t>But it was the kind of silence that settled inside a person.</w:t>
      </w:r>
    </w:p>
    <w:p>
      <w:pPr/>
      <w:r>
        <w:rPr/>
        <w:t>The kind that left her alone with thoughts she’d spent years trying to outrun.</w:t>
      </w:r>
    </w:p>
    <w:p>
      <w:pPr/>
      <w:r>
        <w:rPr/>
        <w:t>Photina sat on the edge of her narrow bed, her vivid red curls falling around her face.</w:t>
      </w:r>
    </w:p>
    <w:p>
      <w:pPr/>
      <w:r>
        <w:rPr/>
        <w:t>She stared at her hands.</w:t>
      </w:r>
    </w:p>
    <w:p>
      <w:pPr/>
      <w:r>
        <w:rPr/>
        <w:t>“Well, congratulations, genius.”</w:t>
      </w:r>
    </w:p>
    <w:p>
      <w:pPr/>
      <w:r>
        <w:rPr/>
        <w:t>She rubbed her forehead.</w:t>
      </w:r>
    </w:p>
    <w:p>
      <w:pPr/>
      <w:r>
        <w:rPr/>
        <w:t>“You’ve officially outdone yourself.”</w:t>
      </w:r>
    </w:p>
    <w:p>
      <w:pPr/>
      <w:r>
        <w:rPr/>
        <w:t>Nobody laughed.</w:t>
      </w:r>
    </w:p>
    <w:p>
      <w:pPr/>
      <w:r>
        <w:rPr/>
        <w:t>That was the problem with talking to yourself in prison. The audience was terrible.</w:t>
      </w:r>
    </w:p>
    <w:p>
      <w:pPr/>
      <w:r>
        <w:rPr/>
        <w:t>She leaned back against the wall.</w:t>
      </w:r>
    </w:p>
    <w:p>
      <w:pPr/>
      <w:r>
        <w:rPr/>
        <w:t>For a moment, she closed her eyes.</w:t>
      </w:r>
    </w:p>
    <w:p>
      <w:pPr/>
      <w:r>
        <w:rPr/>
        <w:t>And remembered the ocean.</w:t>
      </w:r>
    </w:p>
    <w:p>
      <w:pPr/>
      <w:r>
        <w:rPr/>
        <w:t>The sound of waves breaking against the shore. The smell of salt in the air. The freedom of walking barefoot through the sand without anyone asking where she was going.</w:t>
      </w:r>
    </w:p>
    <w:p>
      <w:pPr/>
      <w:r>
        <w:rPr/>
        <w:t>She remembered music.</w:t>
      </w:r>
    </w:p>
    <w:p>
      <w:pPr/>
      <w:r>
        <w:rPr/>
        <w:t>She remembered laughing.</w:t>
      </w:r>
    </w:p>
    <w:p>
      <w:pPr/>
      <w:r>
        <w:rPr/>
        <w:t>And she remembered Caleb.</w:t>
      </w:r>
    </w:p>
    <w:p>
      <w:pPr/>
      <w:r>
        <w:rPr/>
        <w:t>That last memory hurt worse than the others.</w:t>
      </w:r>
    </w:p>
    <w:p>
      <w:pPr/>
      <w:r>
        <w:rPr/>
        <w:t>Before the Walls</w:t>
      </w:r>
    </w:p>
    <w:p>
      <w:pPr/>
      <w:r>
        <w:rPr/>
        <w:t>There had been a time when Caleb’s name meant something entirely different.</w:t>
      </w:r>
    </w:p>
    <w:p>
      <w:pPr/>
      <w:r>
        <w:rPr/>
        <w:t>Before the Marine Corps.</w:t>
      </w:r>
    </w:p>
    <w:p>
      <w:pPr/>
      <w:r>
        <w:rPr/>
        <w:t>Before deployment.</w:t>
      </w:r>
    </w:p>
    <w:p>
      <w:pPr/>
      <w:r>
        <w:rPr/>
        <w:t>Before the streets swallowed the girl he’d known.</w:t>
      </w:r>
    </w:p>
    <w:p>
      <w:pPr/>
      <w:r>
        <w:rPr/>
        <w:t>He had been young, stubborn, and convinced that he could handle just about anything life threw at him.</w:t>
      </w:r>
    </w:p>
    <w:p>
      <w:pPr/>
      <w:r>
        <w:rPr/>
        <w:t>Photina had been equally stubborn.</w:t>
      </w:r>
    </w:p>
    <w:p>
      <w:pPr/>
      <w:r>
        <w:rPr/>
        <w:t>Possibly worse.</w:t>
      </w:r>
    </w:p>
    <w:p>
      <w:pPr/>
      <w:r>
        <w:rPr/>
        <w:t>“You’re impossible,” he’d told her once.</w:t>
      </w:r>
    </w:p>
    <w:p>
      <w:pPr/>
      <w:r>
        <w:rPr/>
        <w:t>She’d grinned.</w:t>
      </w:r>
    </w:p>
    <w:p>
      <w:pPr/>
      <w:r>
        <w:rPr/>
        <w:t>“And yet, here you are.”</w:t>
      </w:r>
    </w:p>
    <w:p>
      <w:pPr/>
      <w:r>
        <w:rPr/>
        <w:t>He’d laughed.</w:t>
      </w:r>
    </w:p>
    <w:p>
      <w:pPr/>
      <w:r>
        <w:rPr/>
        <w:t>That was the Caleb she remembered.</w:t>
      </w:r>
    </w:p>
    <w:p>
      <w:pPr/>
      <w:r>
        <w:rPr/>
        <w:t>The one who could laugh without looking over his shoulder.</w:t>
      </w:r>
    </w:p>
    <w:p>
      <w:pPr/>
      <w:r>
        <w:rPr/>
        <w:t>The one whose eyes hadn’t yet seen what war would show him.</w:t>
      </w:r>
    </w:p>
    <w:p>
      <w:pPr/>
      <w:r>
        <w:rPr/>
        <w:t>When he enlisted alongside Jasher and Ezekiel, neither of them fully understood what four years could do to two people.</w:t>
      </w:r>
    </w:p>
    <w:p>
      <w:pPr/>
      <w:r>
        <w:rPr/>
        <w:t>They promised to stay in touch.</w:t>
      </w:r>
    </w:p>
    <w:p>
      <w:pPr/>
      <w:r>
        <w:rPr/>
        <w:t>And for a while, they did.</w:t>
      </w:r>
    </w:p>
    <w:p>
      <w:pPr/>
      <w:r>
        <w:rPr/>
        <w:t>But somewhere between the distance, the loneliness, and the choices Photina made to numb her pain, their lives began drifting apart.</w:t>
      </w:r>
    </w:p>
    <w:p>
      <w:pPr/>
      <w:r>
        <w:rPr/>
        <w:t>Caleb went to war.</w:t>
      </w:r>
    </w:p>
    <w:p>
      <w:pPr/>
      <w:r>
        <w:rPr/>
        <w:t>Photina went to war with herself.</w:t>
      </w:r>
    </w:p>
    <w:p>
      <w:pPr/>
      <w:r>
        <w:rPr/>
        <w:t>Neither knew how much the other was losing.</w:t>
      </w:r>
    </w:p>
    <w:p>
      <w:pPr/>
      <w:r>
        <w:rPr/>
      </w:r>
    </w:p>
    <w:p>
      <w:pPr/>
      <w:r>
        <w:rPr/>
      </w:r>
    </w:p>
    <w:p>
      <w:pPr>
        <w:pStyle w:val="Heading2"/>
      </w:pPr>
      <w:r>
        <w:rPr/>
        <w:t>CHAPTER EIGHT</w:t>
      </w:r>
    </w:p>
    <w:p>
      <w:pPr>
        <w:pStyle w:val="Heading1"/>
      </w:pPr>
      <w:r>
        <w:rPr/>
        <w:t>Under the Bridge</w:t>
      </w:r>
    </w:p>
    <w:p>
      <w:pPr/>
      <w:r>
        <w:rPr/>
        <w:t>Wilmington, North Carolina.</w:t>
      </w:r>
    </w:p>
    <w:p>
      <w:pPr/>
      <w:r>
        <w:rPr/>
        <w:t>The ocean was only a few miles away, but Caleb couldn't smell the saltwater.</w:t>
      </w:r>
    </w:p>
    <w:p>
      <w:pPr/>
      <w:r>
        <w:rPr/>
        <w:t>All he could smell was wet concrete, gasoline, and the sour odor of garbage collecting beneath the highway.</w:t>
      </w:r>
    </w:p>
    <w:p>
      <w:pPr/>
      <w:r>
        <w:rPr/>
        <w:t>A tractor-trailer thundered overhead.</w:t>
      </w:r>
    </w:p>
    <w:p>
      <w:pPr/>
      <w:r>
        <w:rPr/>
        <w:t>The bridge shook.</w:t>
      </w:r>
    </w:p>
    <w:p>
      <w:pPr/>
      <w:r>
        <w:rPr/>
        <w:t>Caleb pulled his jacket tighter around his shoulders.</w:t>
      </w:r>
    </w:p>
    <w:p>
      <w:pPr/>
      <w:r>
        <w:rPr/>
        <w:t>He hated that sound.</w:t>
      </w:r>
    </w:p>
    <w:p>
      <w:pPr/>
      <w:r>
        <w:rPr/>
        <w:t>The sudden rumble.</w:t>
      </w:r>
    </w:p>
    <w:p>
      <w:pPr/>
      <w:r>
        <w:rPr/>
        <w:t>The vibration through the ground.</w:t>
      </w:r>
    </w:p>
    <w:p>
      <w:pPr/>
      <w:r>
        <w:rPr/>
        <w:t>Sometimes it reminded him of things he was trying desperately to forget.</w:t>
      </w:r>
    </w:p>
    <w:p>
      <w:pPr/>
      <w:r>
        <w:rPr/>
        <w:t>He reached into his pocket.</w:t>
      </w:r>
    </w:p>
    <w:p>
      <w:pPr/>
      <w:r>
        <w:rPr/>
        <w:t>Nothing.</w:t>
      </w:r>
    </w:p>
    <w:p>
      <w:pPr/>
      <w:r>
        <w:rPr/>
        <w:t>Not even enough change for a cup of coffee.</w:t>
      </w:r>
    </w:p>
    <w:p>
      <w:pPr/>
      <w:r>
        <w:rPr/>
        <w:t>"Well," he muttered, "another fantastic day in paradise."</w:t>
      </w:r>
    </w:p>
    <w:p>
      <w:pPr/>
      <w:r>
        <w:rPr/>
        <w:t>"Talking to yourself again?"</w:t>
      </w:r>
    </w:p>
    <w:p>
      <w:pPr/>
      <w:r>
        <w:rPr/>
        <w:t>Caleb turned.</w:t>
      </w:r>
    </w:p>
    <w:p>
      <w:pPr/>
      <w:r>
        <w:rPr/>
        <w:t>A young woman stood near the edge of the bridge, carrying a worn bag over one shoulder.</w:t>
      </w:r>
    </w:p>
    <w:p>
      <w:pPr/>
      <w:r>
        <w:rPr/>
        <w:t>Long, dark curls framed her face.</w:t>
      </w:r>
    </w:p>
    <w:p>
      <w:pPr/>
      <w:r>
        <w:rPr/>
        <w:t>Her clothing had once been expensive. That much was obvious, even beneath the dirt.</w:t>
      </w:r>
    </w:p>
    <w:p>
      <w:pPr/>
      <w:r>
        <w:rPr/>
        <w:t>Her name was Edel.</w:t>
      </w:r>
    </w:p>
    <w:p>
      <w:pPr/>
      <w:r>
        <w:rPr/>
        <w:t>She had a sharp tongue, a stubborn streak, and an impressive ability to make terrible situations sound almost funny.</w:t>
      </w:r>
    </w:p>
    <w:p>
      <w:pPr/>
      <w:r>
        <w:rPr/>
        <w:t>"Somebody has to provide intelligent conversation," Caleb replied.</w:t>
      </w:r>
    </w:p>
    <w:p>
      <w:pPr/>
      <w:r>
        <w:rPr/>
        <w:t>Edel smirked.</w:t>
      </w:r>
    </w:p>
    <w:p>
      <w:pPr/>
      <w:r>
        <w:rPr/>
        <w:t>"Then you're definitely talking to the wrong person."</w:t>
      </w:r>
    </w:p>
    <w:p>
      <w:pPr/>
      <w:r>
        <w:rPr/>
        <w:t>She sat beside him.</w:t>
      </w:r>
    </w:p>
    <w:p>
      <w:pPr/>
      <w:r>
        <w:rPr/>
        <w:t>For a while, neither spoke.</w:t>
      </w:r>
    </w:p>
    <w:p>
      <w:pPr/>
      <w:r>
        <w:rPr/>
        <w:t>Rainwater dripped from the concrete overhead.</w:t>
      </w:r>
    </w:p>
    <w:p>
      <w:pPr/>
      <w:r>
        <w:rPr/>
        <w:t>A car horn blared somewhere beyond the highway.</w:t>
      </w:r>
    </w:p>
    <w:p>
      <w:pPr/>
      <w:r>
        <w:rPr/>
        <w:t>Caleb stared at his hands.</w:t>
      </w:r>
    </w:p>
    <w:p>
      <w:pPr/>
      <w:r>
        <w:rPr/>
        <w:t>He remembered when those hands had carried a rifle.</w:t>
      </w:r>
    </w:p>
    <w:p>
      <w:pPr/>
      <w:r>
        <w:rPr/>
        <w:t>When they had shaken hands with men who trusted him with their lives.</w:t>
      </w:r>
    </w:p>
    <w:p>
      <w:pPr/>
      <w:r>
        <w:rPr/>
        <w:t>Now he couldn't even hold his own life together.</w:t>
      </w:r>
    </w:p>
    <w:p>
      <w:pPr/>
      <w:r>
        <w:rPr/>
        <w:t>"You ever wonder how you ended up somewhere?" Edel asked.</w:t>
      </w:r>
    </w:p>
    <w:p>
      <w:pPr/>
      <w:r>
        <w:rPr/>
        <w:t>"Every day."</w:t>
      </w:r>
    </w:p>
    <w:p>
      <w:pPr/>
      <w:r>
        <w:rPr/>
        <w:t>"I used to have a job. Nice clothes. People who knew my name."</w:t>
      </w:r>
    </w:p>
    <w:p>
      <w:pPr/>
      <w:r>
        <w:rPr/>
        <w:t>Caleb looked at her.</w:t>
      </w:r>
    </w:p>
    <w:p>
      <w:pPr/>
      <w:r>
        <w:rPr/>
        <w:t>"What happened?"</w:t>
      </w:r>
    </w:p>
    <w:p>
      <w:pPr/>
      <w:r>
        <w:rPr/>
        <w:t>Edel picked at a loose thread on her sleeve.</w:t>
      </w:r>
    </w:p>
    <w:p>
      <w:pPr/>
      <w:r>
        <w:rPr/>
        <w:t>"Life."</w:t>
      </w:r>
    </w:p>
    <w:p>
      <w:pPr/>
      <w:r>
        <w:rPr/>
        <w:t>He waited.</w:t>
      </w:r>
    </w:p>
    <w:p>
      <w:pPr/>
      <w:r>
        <w:rPr/>
        <w:t>She didn't continue.</w:t>
      </w:r>
    </w:p>
    <w:p>
      <w:pPr/>
      <w:r>
        <w:rPr/>
        <w:t>He understood.</w:t>
      </w:r>
    </w:p>
    <w:p>
      <w:pPr/>
      <w:r>
        <w:rPr/>
        <w:t>Sometimes a single word was all a person could manage.</w:t>
      </w:r>
    </w:p>
    <w:p>
      <w:pPr/>
      <w:r>
        <w:rPr/>
        <w:t>Then Edel asked something unexpected.</w:t>
      </w:r>
    </w:p>
    <w:p>
      <w:pPr/>
      <w:r>
        <w:rPr/>
        <w:t>"You believe God still sees people like us?"</w:t>
      </w:r>
    </w:p>
    <w:p>
      <w:pPr/>
      <w:r>
        <w:rPr/>
        <w:t>Caleb laughed, but there was no humor in it.</w:t>
      </w:r>
    </w:p>
    <w:p>
      <w:pPr/>
      <w:r>
        <w:rPr/>
        <w:t>"If He does, He's probably disappointed."</w:t>
      </w:r>
    </w:p>
    <w:p>
      <w:pPr/>
      <w:r>
        <w:rPr/>
        <w:t>Edel studied him.</w:t>
      </w:r>
    </w:p>
    <w:p>
      <w:pPr/>
      <w:r>
        <w:rPr/>
        <w:t>"Maybe."</w:t>
      </w:r>
    </w:p>
    <w:p>
      <w:pPr/>
      <w:r>
        <w:rPr/>
        <w:t>She looked toward the gray sky beyond the bridge.</w:t>
      </w:r>
    </w:p>
    <w:p>
      <w:pPr/>
      <w:r>
        <w:rPr/>
        <w:t>"Or maybe He's looking for us."</w:t>
      </w:r>
    </w:p>
    <w:p>
      <w:pPr/>
      <w:r>
        <w:rPr/>
        <w:t>Caleb said nothing.</w:t>
      </w:r>
    </w:p>
    <w:p>
      <w:pPr/>
      <w:r>
        <w:rPr/>
        <w:t>He thought about Photina.</w:t>
      </w:r>
    </w:p>
    <w:p>
      <w:pPr/>
      <w:r>
        <w:rPr/>
        <w:t>The girl with the wild red curls.</w:t>
      </w:r>
    </w:p>
    <w:p>
      <w:pPr/>
      <w:r>
        <w:rPr/>
        <w:t>The one who could turn almost anything into an argument and somehow make him smile in the middle of it.</w:t>
      </w:r>
    </w:p>
    <w:p>
      <w:pPr/>
      <w:r>
        <w:rPr/>
        <w:t>He wondered where she was.</w:t>
      </w:r>
    </w:p>
    <w:p>
      <w:pPr/>
      <w:r>
        <w:rPr/>
        <w:t>Whether she was safe.</w:t>
      </w:r>
    </w:p>
    <w:p>
      <w:pPr/>
      <w:r>
        <w:rPr/>
        <w:t>Whether she even wanted to be found.</w:t>
      </w:r>
    </w:p>
    <w:p>
      <w:pPr/>
      <w:r>
        <w:rPr/>
        <w:t>Above them, another truck crossed the bridge.</w:t>
      </w:r>
    </w:p>
    <w:p>
      <w:pPr/>
      <w:r>
        <w:rPr/>
        <w:t>The concrete trembled.</w:t>
      </w:r>
    </w:p>
    <w:p>
      <w:pPr/>
      <w:r>
        <w:rPr/>
        <w:t>And somewhere inside Caleb, something trembled with it.</w:t>
      </w:r>
    </w:p>
    <w:p>
      <w:pPr/>
      <w:r>
        <w:rPr/>
      </w:r>
    </w:p>
    <w:p>
      <w:pPr/>
      <w:r>
        <w:rPr/>
      </w:r>
    </w:p>
    <w:p>
      <w:pPr>
        <w:pStyle w:val="Heading2"/>
      </w:pPr>
      <w:r>
        <w:rPr/>
        <w:t>CHAPTER NINE</w:t>
      </w:r>
    </w:p>
    <w:p>
      <w:pPr>
        <w:pStyle w:val="Heading1"/>
      </w:pPr>
      <w:r>
        <w:rPr/>
        <w:t>Visiting Hours</w:t>
      </w:r>
    </w:p>
    <w:p>
      <w:pPr/>
      <w:r>
        <w:rPr/>
        <w:t>“Photina.”</w:t>
      </w:r>
    </w:p>
    <w:p>
      <w:pPr/>
      <w:r>
        <w:rPr/>
        <w:t>She opened her eyes.</w:t>
      </w:r>
    </w:p>
    <w:p>
      <w:pPr/>
      <w:r>
        <w:rPr/>
        <w:t>A correctional officer stood outside her cell.</w:t>
      </w:r>
    </w:p>
    <w:p>
      <w:pPr/>
      <w:r>
        <w:rPr/>
        <w:t>“You have a visitor.”</w:t>
      </w:r>
    </w:p>
    <w:p>
      <w:pPr/>
      <w:r>
        <w:rPr/>
        <w:t>Photina frowned.</w:t>
      </w:r>
    </w:p>
    <w:p>
      <w:pPr/>
      <w:r>
        <w:rPr/>
        <w:t>“Pretty sure you’ve got the wrong redhead.”</w:t>
      </w:r>
    </w:p>
    <w:p>
      <w:pPr/>
      <w:r>
        <w:rPr/>
        <w:t>“Get up.”</w:t>
      </w:r>
    </w:p>
    <w:p>
      <w:pPr/>
      <w:r>
        <w:rPr/>
        <w:t>“Wow. Hospitality really is dead.”</w:t>
      </w:r>
    </w:p>
    <w:p>
      <w:pPr/>
      <w:r>
        <w:rPr/>
        <w:t>The officer didn’t smile.</w:t>
      </w:r>
    </w:p>
    <w:p>
      <w:pPr/>
      <w:r>
        <w:rPr/>
        <w:t>Photina sighed and stood.</w:t>
      </w:r>
    </w:p>
    <w:p>
      <w:pPr/>
      <w:r>
        <w:rPr/>
        <w:t>She followed him down the corridor, trying not to wonder who would bother coming.</w:t>
      </w:r>
    </w:p>
    <w:p>
      <w:pPr/>
      <w:r>
        <w:rPr/>
        <w:t>When she entered the visitation room, she stopped.</w:t>
      </w:r>
    </w:p>
    <w:p>
      <w:pPr/>
      <w:r>
        <w:rPr/>
        <w:t>Caleb.</w:t>
      </w:r>
    </w:p>
    <w:p>
      <w:pPr/>
      <w:r>
        <w:rPr/>
        <w:t>For several seconds, neither moved.</w:t>
      </w:r>
    </w:p>
    <w:p>
      <w:pPr/>
      <w:r>
        <w:rPr/>
        <w:t>He looked older.</w:t>
      </w:r>
    </w:p>
    <w:p>
      <w:pPr/>
      <w:r>
        <w:rPr/>
        <w:t>Not dramatically.</w:t>
      </w:r>
    </w:p>
    <w:p>
      <w:pPr/>
      <w:r>
        <w:rPr/>
        <w:t>Just enough that she could see the years sitting behind his eyes.</w:t>
      </w:r>
    </w:p>
    <w:p>
      <w:pPr/>
      <w:r>
        <w:rPr/>
        <w:t>His hair was shorter than she remembered.</w:t>
      </w:r>
    </w:p>
    <w:p>
      <w:pPr/>
      <w:r>
        <w:rPr/>
        <w:t>His shoulders were broader.</w:t>
      </w:r>
    </w:p>
    <w:p>
      <w:pPr/>
      <w:r>
        <w:rPr/>
        <w:t>But it was the expression on his face that unsettled her.</w:t>
      </w:r>
    </w:p>
    <w:p>
      <w:pPr/>
      <w:r>
        <w:rPr/>
        <w:t>He looked relieved.</w:t>
      </w:r>
    </w:p>
    <w:p>
      <w:pPr/>
      <w:r>
        <w:rPr/>
        <w:t>As though finding her alive was enough.</w:t>
      </w:r>
    </w:p>
    <w:p>
      <w:pPr/>
      <w:r>
        <w:rPr/>
        <w:t>Photina approached the table.</w:t>
      </w:r>
    </w:p>
    <w:p>
      <w:pPr/>
      <w:r>
        <w:rPr/>
        <w:t>“Well.”</w:t>
      </w:r>
    </w:p>
    <w:p>
      <w:pPr/>
      <w:r>
        <w:rPr/>
        <w:t>She pulled out the chair.</w:t>
      </w:r>
    </w:p>
    <w:p>
      <w:pPr/>
      <w:r>
        <w:rPr/>
        <w:t>“Didn’t expect to see you here.”</w:t>
      </w:r>
    </w:p>
    <w:p>
      <w:pPr/>
      <w:r>
        <w:rPr/>
        <w:t>Caleb sat opposite her.</w:t>
      </w:r>
    </w:p>
    <w:p>
      <w:pPr/>
      <w:r>
        <w:rPr/>
        <w:t>“I’ve been looking for you.”</w:t>
      </w:r>
    </w:p>
    <w:p>
      <w:pPr/>
      <w:r>
        <w:rPr/>
        <w:t>She gave a short laugh.</w:t>
      </w:r>
    </w:p>
    <w:p>
      <w:pPr/>
      <w:r>
        <w:rPr/>
        <w:t>“Apparently you found me.”</w:t>
      </w:r>
    </w:p>
    <w:p>
      <w:pPr/>
      <w:r>
        <w:rPr/>
        <w:t>“Photina.”</w:t>
      </w:r>
    </w:p>
    <w:p>
      <w:pPr/>
      <w:r>
        <w:rPr/>
        <w:t>“Caleb.”</w:t>
      </w:r>
    </w:p>
    <w:p>
      <w:pPr/>
      <w:r>
        <w:rPr/>
        <w:t>He studied her face.</w:t>
      </w:r>
    </w:p>
    <w:p>
      <w:pPr/>
      <w:r>
        <w:rPr/>
        <w:t>She hated that.</w:t>
      </w:r>
    </w:p>
    <w:p>
      <w:pPr/>
      <w:r>
        <w:rPr/>
        <w:t>She hated being looked at by someone who remembered who she’d been.</w:t>
      </w:r>
    </w:p>
    <w:p>
      <w:pPr/>
      <w:r>
        <w:rPr/>
        <w:t>“How are you?” he asked.</w:t>
      </w:r>
    </w:p>
    <w:p>
      <w:pPr/>
      <w:r>
        <w:rPr/>
        <w:t>She glanced around the room.</w:t>
      </w:r>
    </w:p>
    <w:p>
      <w:pPr/>
      <w:r>
        <w:rPr/>
        <w:t>“Fantastic. Five-star accommodations. Food’s questionable, but the security is incredible.”</w:t>
      </w:r>
    </w:p>
    <w:p>
      <w:pPr/>
      <w:r>
        <w:rPr/>
        <w:t>He didn’t laugh.</w:t>
      </w:r>
    </w:p>
    <w:p>
      <w:pPr/>
      <w:r>
        <w:rPr/>
        <w:t>Her smile faded.</w:t>
      </w:r>
    </w:p>
    <w:p>
      <w:pPr/>
      <w:r>
        <w:rPr/>
        <w:t>“Don’t do that.”</w:t>
      </w:r>
    </w:p>
    <w:p>
      <w:pPr/>
      <w:r>
        <w:rPr/>
        <w:t>“Do what?”</w:t>
      </w:r>
    </w:p>
    <w:p>
      <w:pPr/>
      <w:r>
        <w:rPr/>
        <w:t>“Look at me like that.”</w:t>
      </w:r>
    </w:p>
    <w:p>
      <w:pPr/>
      <w:r>
        <w:rPr/>
        <w:t>“Like what?”</w:t>
      </w:r>
    </w:p>
    <w:p>
      <w:pPr/>
      <w:r>
        <w:rPr/>
        <w:t>“Like you’re trying to figure out where I went.”</w:t>
      </w:r>
    </w:p>
    <w:p>
      <w:pPr/>
      <w:r>
        <w:rPr/>
        <w:t>Caleb lowered his eyes.</w:t>
      </w:r>
    </w:p>
    <w:p>
      <w:pPr/>
      <w:r>
        <w:rPr/>
        <w:t>For a moment, neither spoke.</w:t>
      </w:r>
    </w:p>
    <w:p>
      <w:pPr/>
      <w:r>
        <w:rPr/>
        <w:t>Then he said quietly, “I didn’t know where else to look.”</w:t>
      </w:r>
    </w:p>
    <w:p>
      <w:pPr/>
      <w:r>
        <w:rPr/>
        <w:t>Photina swallowed.</w:t>
      </w:r>
    </w:p>
    <w:p>
      <w:pPr/>
      <w:r>
        <w:rPr/>
        <w:t>She hadn’t prepared herself for that.</w:t>
      </w:r>
    </w:p>
    <w:p>
      <w:pPr/>
      <w:r>
        <w:rPr/>
        <w:t>For anger, maybe.</w:t>
      </w:r>
    </w:p>
    <w:p>
      <w:pPr/>
      <w:r>
        <w:rPr/>
        <w:t>For disappointment.</w:t>
      </w:r>
    </w:p>
    <w:p>
      <w:pPr/>
      <w:r>
        <w:rPr/>
        <w:t>For someone telling her she’d ruined her life.</w:t>
      </w:r>
    </w:p>
    <w:p>
      <w:pPr/>
      <w:r>
        <w:rPr/>
        <w:t>But not for Caleb sitting across from her and admitting he’d been searching.</w:t>
      </w:r>
    </w:p>
    <w:p>
      <w:pPr/>
      <w:r>
        <w:rPr/>
        <w:t>“Why?” she whispered.</w:t>
      </w:r>
    </w:p>
    <w:p>
      <w:pPr/>
      <w:r>
        <w:rPr/>
        <w:t>He looked up.</w:t>
      </w:r>
    </w:p>
    <w:p>
      <w:pPr/>
      <w:r>
        <w:rPr/>
        <w:t>“Because I remembered you.”</w:t>
      </w:r>
    </w:p>
    <w:p>
      <w:pPr/>
      <w:r>
        <w:rPr/>
        <w:t>Photina stared at him.</w:t>
      </w:r>
    </w:p>
    <w:p>
      <w:pPr/>
      <w:r>
        <w:rPr/>
        <w:t>The words settled somewhere she wasn’t prepared to examine.</w:t>
      </w:r>
    </w:p>
    <w:p>
      <w:pPr/>
      <w:r>
        <w:rPr/>
        <w:t>She leaned back.</w:t>
      </w:r>
    </w:p>
    <w:p>
      <w:pPr/>
      <w:r>
        <w:rPr/>
        <w:t>“Well, that was your first mistake.”</w:t>
      </w:r>
    </w:p>
    <w:p>
      <w:pPr/>
      <w:r>
        <w:rPr/>
        <w:t>“No.”</w:t>
      </w:r>
    </w:p>
    <w:p>
      <w:pPr/>
      <w:r>
        <w:rPr/>
        <w:t>“Caleb.”</w:t>
      </w:r>
    </w:p>
    <w:p>
      <w:pPr/>
      <w:r>
        <w:rPr/>
        <w:t>“No, Photina.”</w:t>
      </w:r>
    </w:p>
    <w:p>
      <w:pPr/>
      <w:r>
        <w:rPr/>
        <w:t>His voice was gentle but firm.</w:t>
      </w:r>
    </w:p>
    <w:p>
      <w:pPr/>
      <w:r>
        <w:rPr/>
        <w:t>“Remembering you wasn’t a mistake.”</w:t>
      </w:r>
    </w:p>
    <w:p>
      <w:pPr/>
      <w:r>
        <w:rPr/>
        <w:t>Her eyes filled unexpectedly.</w:t>
      </w:r>
    </w:p>
    <w:p>
      <w:pPr/>
      <w:r>
        <w:rPr/>
        <w:t>She looked away before he could see.</w:t>
      </w:r>
    </w:p>
    <w:p>
      <w:pPr/>
      <w:r>
        <w:rPr/>
        <w:t>“You don’t know what I’ve done,” Photina said.</w:t>
      </w:r>
    </w:p>
    <w:p>
      <w:pPr/>
      <w:r>
        <w:rPr/>
        <w:t>Caleb was quiet.</w:t>
      </w:r>
    </w:p>
    <w:p>
      <w:pPr/>
      <w:r>
        <w:rPr/>
        <w:t>“You don’t know who I’ve been.”</w:t>
      </w:r>
    </w:p>
    <w:p>
      <w:pPr/>
      <w:r>
        <w:rPr/>
        <w:t>“You’re right.”</w:t>
      </w:r>
    </w:p>
    <w:p>
      <w:pPr/>
      <w:r>
        <w:rPr/>
        <w:t>She looked at him.</w:t>
      </w:r>
    </w:p>
    <w:p>
      <w:pPr/>
      <w:r>
        <w:rPr/>
        <w:t>That wasn’t the answer she’d expected.</w:t>
      </w:r>
    </w:p>
    <w:p>
      <w:pPr/>
      <w:r>
        <w:rPr/>
        <w:t>He continued.</w:t>
      </w:r>
    </w:p>
    <w:p>
      <w:pPr/>
      <w:r>
        <w:rPr/>
        <w:t>“I don’t know everything that’s happened to you.”</w:t>
      </w:r>
    </w:p>
    <w:p>
      <w:pPr/>
      <w:r>
        <w:rPr/>
        <w:t>He glanced down at his hands.</w:t>
      </w:r>
    </w:p>
    <w:p>
      <w:pPr/>
      <w:r>
        <w:rPr/>
        <w:t>“And you don’t know everything that’s happened to me.”</w:t>
      </w:r>
    </w:p>
    <w:p>
      <w:pPr/>
      <w:r>
        <w:rPr/>
        <w:t>Photina noticed the way his fingers tightened together.</w:t>
      </w:r>
    </w:p>
    <w:p>
      <w:pPr/>
      <w:r>
        <w:rPr/>
        <w:t>She remembered those hands.</w:t>
      </w:r>
    </w:p>
    <w:p>
      <w:pPr/>
      <w:r>
        <w:rPr/>
        <w:t>She remembered how steady they’d once been.</w:t>
      </w:r>
    </w:p>
    <w:p>
      <w:pPr/>
      <w:r>
        <w:rPr/>
        <w:t>Now there was a restlessness to them.</w:t>
      </w:r>
    </w:p>
    <w:p>
      <w:pPr/>
      <w:r>
        <w:rPr/>
        <w:t>“What happened over there?” she asked.</w:t>
      </w:r>
    </w:p>
    <w:p>
      <w:pPr/>
      <w:r>
        <w:rPr/>
        <w:t>Caleb didn’t answer immediately.</w:t>
      </w:r>
    </w:p>
    <w:p>
      <w:pPr/>
      <w:r>
        <w:rPr/>
        <w:t>His eyes drifted toward the far wall.</w:t>
      </w:r>
    </w:p>
    <w:p>
      <w:pPr/>
      <w:r>
        <w:rPr/>
        <w:t>For a moment, he wasn’t sitting in a visitation room.</w:t>
      </w:r>
    </w:p>
    <w:p>
      <w:pPr/>
      <w:r>
        <w:rPr/>
        <w:t>He was somewhere else.</w:t>
      </w:r>
    </w:p>
    <w:p>
      <w:pPr/>
      <w:r>
        <w:rPr/>
        <w:t>Somewhere loud.</w:t>
      </w:r>
    </w:p>
    <w:p>
      <w:pPr/>
      <w:r>
        <w:rPr/>
        <w:t>Somewhere filled with memories he couldn’t make disappear.</w:t>
      </w:r>
    </w:p>
    <w:p>
      <w:pPr/>
      <w:r>
        <w:rPr/>
        <w:t>“Things,” he finally said.</w:t>
      </w:r>
    </w:p>
    <w:p>
      <w:pPr/>
      <w:r>
        <w:rPr/>
        <w:t>Photina watched him.</w:t>
      </w:r>
    </w:p>
    <w:p>
      <w:pPr/>
      <w:r>
        <w:rPr/>
        <w:t>“That’s a terrible answer.”</w:t>
      </w:r>
    </w:p>
    <w:p>
      <w:pPr/>
      <w:r>
        <w:rPr/>
        <w:t>“I know.”</w:t>
      </w:r>
    </w:p>
    <w:p>
      <w:pPr/>
      <w:r>
        <w:rPr/>
        <w:t>“You’re still terrible at talking about feelings.”</w:t>
      </w:r>
    </w:p>
    <w:p>
      <w:pPr/>
      <w:r>
        <w:rPr/>
        <w:t>A faint smile touched his face.</w:t>
      </w:r>
    </w:p>
    <w:p>
      <w:pPr/>
      <w:r>
        <w:rPr/>
        <w:t>“You’re still terrible at letting people care about you.”</w:t>
      </w:r>
    </w:p>
    <w:p>
      <w:pPr/>
      <w:r>
        <w:rPr/>
        <w:t>She looked down.</w:t>
      </w:r>
    </w:p>
    <w:p>
      <w:pPr/>
      <w:r>
        <w:rPr/>
        <w:t>That one landed.</w:t>
      </w:r>
    </w:p>
    <w:p>
      <w:pPr/>
      <w:r>
        <w:rPr/>
        <w:t>Caleb leaned forward.</w:t>
      </w:r>
    </w:p>
    <w:p>
      <w:pPr/>
      <w:r>
        <w:rPr/>
        <w:t>“Photina, I didn’t come here to judge you.”</w:t>
      </w:r>
    </w:p>
    <w:p>
      <w:pPr/>
      <w:r>
        <w:rPr/>
        <w:t>“Everybody says that right before they start judging.”</w:t>
      </w:r>
    </w:p>
    <w:p>
      <w:pPr/>
      <w:r>
        <w:rPr/>
        <w:t>“I’m not everybody.”</w:t>
      </w:r>
    </w:p>
    <w:p>
      <w:pPr/>
      <w:r>
        <w:rPr/>
        <w:t>“No,” she whispered.</w:t>
      </w:r>
    </w:p>
    <w:p>
      <w:pPr/>
      <w:r>
        <w:rPr/>
        <w:t>“You’re not.”</w:t>
      </w:r>
    </w:p>
    <w:p>
      <w:pPr/>
      <w:r>
        <w:rPr/>
        <w:t>Their time was almost over.</w:t>
      </w:r>
    </w:p>
    <w:p>
      <w:pPr/>
      <w:r>
        <w:rPr/>
        <w:t>She hated that she cared.</w:t>
      </w:r>
    </w:p>
    <w:p>
      <w:pPr/>
      <w:r>
        <w:rPr/>
        <w:t>Hated that some part of her wanted him to stay.</w:t>
      </w:r>
    </w:p>
    <w:p>
      <w:pPr/>
      <w:r>
        <w:rPr/>
        <w:t>“Caleb?”</w:t>
      </w:r>
    </w:p>
    <w:p>
      <w:pPr/>
      <w:r>
        <w:rPr/>
        <w:t>“Yeah?”</w:t>
      </w:r>
    </w:p>
    <w:p>
      <w:pPr/>
      <w:r>
        <w:rPr/>
        <w:t>“Why’d you really come?”</w:t>
      </w:r>
    </w:p>
    <w:p>
      <w:pPr/>
      <w:r>
        <w:rPr/>
        <w:t>He thought for a moment.</w:t>
      </w:r>
    </w:p>
    <w:p>
      <w:pPr/>
      <w:r>
        <w:rPr/>
        <w:t>Then answered.</w:t>
      </w:r>
    </w:p>
    <w:p>
      <w:pPr/>
      <w:r>
        <w:rPr/>
        <w:t>“Because I spent four years wondering if I’d ever see you again.”</w:t>
      </w:r>
    </w:p>
    <w:p>
      <w:pPr/>
      <w:r>
        <w:rPr/>
        <w:t>Photina’s throat tightened.</w:t>
      </w:r>
    </w:p>
    <w:p>
      <w:pPr/>
      <w:r>
        <w:rPr/>
        <w:t>“And when I came home, I couldn’t find you.”</w:t>
      </w:r>
    </w:p>
    <w:p>
      <w:pPr/>
      <w:r>
        <w:rPr/>
        <w:t>She stared at the tabletop.</w:t>
      </w:r>
    </w:p>
    <w:p>
      <w:pPr/>
      <w:r>
        <w:rPr/>
        <w:t>“I wasn’t exactly making myself easy to find.”</w:t>
      </w:r>
    </w:p>
    <w:p>
      <w:pPr/>
      <w:r>
        <w:rPr/>
        <w:t>“I figured that out.”</w:t>
      </w:r>
    </w:p>
    <w:p>
      <w:pPr/>
      <w:r>
        <w:rPr/>
        <w:t>She laughed weakly.</w:t>
      </w:r>
    </w:p>
    <w:p>
      <w:pPr/>
      <w:r>
        <w:rPr/>
        <w:t>Then her expression changed.</w:t>
      </w:r>
    </w:p>
    <w:p>
      <w:pPr/>
      <w:r>
        <w:rPr/>
        <w:t>“You shouldn’t waste your time on me.”</w:t>
      </w:r>
    </w:p>
    <w:p>
      <w:pPr/>
      <w:r>
        <w:rPr/>
        <w:t>Caleb shook his head.</w:t>
      </w:r>
    </w:p>
    <w:p>
      <w:pPr/>
      <w:r>
        <w:rPr/>
        <w:t>“That’s not your decision to make for me.”</w:t>
      </w:r>
    </w:p>
    <w:p>
      <w:pPr/>
      <w:r>
        <w:rPr/>
        <w:t>“Caleb.”</w:t>
      </w:r>
    </w:p>
    <w:p>
      <w:pPr/>
      <w:r>
        <w:rPr/>
        <w:t>“Photina.”</w:t>
      </w:r>
    </w:p>
    <w:p>
      <w:pPr/>
      <w:r>
        <w:rPr/>
        <w:t>She looked up.</w:t>
      </w:r>
    </w:p>
    <w:p>
      <w:pPr/>
      <w:r>
        <w:rPr/>
        <w:t>He wasn’t smiling.</w:t>
      </w:r>
    </w:p>
    <w:p>
      <w:pPr/>
      <w:r>
        <w:rPr/>
        <w:t>But there was no condemnation in his eyes.</w:t>
      </w:r>
    </w:p>
    <w:p>
      <w:pPr/>
      <w:r>
        <w:rPr/>
        <w:t>Only the exhausted sincerity of a man who knew something about being lost.</w:t>
      </w:r>
    </w:p>
    <w:p>
      <w:pPr/>
      <w:r>
        <w:rPr/>
        <w:t>“I can’t fix what’s happened,” he said.</w:t>
      </w:r>
    </w:p>
    <w:p>
      <w:pPr/>
      <w:r>
        <w:rPr/>
        <w:t>“I can’t pretend everything’s fine.”</w:t>
      </w:r>
    </w:p>
    <w:p>
      <w:pPr/>
      <w:r>
        <w:rPr/>
        <w:t>He paused.</w:t>
      </w:r>
    </w:p>
    <w:p>
      <w:pPr/>
      <w:r>
        <w:rPr/>
        <w:t>“But I’m here.”</w:t>
      </w:r>
    </w:p>
    <w:p>
      <w:pPr/>
      <w:r>
        <w:rPr/>
        <w:t>Photina pressed her lips together.</w:t>
      </w:r>
    </w:p>
    <w:p>
      <w:pPr/>
      <w:r>
        <w:rPr/>
        <w:t>For once, she had nothing sarcastic to say.</w:t>
      </w:r>
    </w:p>
    <w:p>
      <w:pPr/>
      <w:r>
        <w:rPr/>
        <w:t>The officer approached.</w:t>
      </w:r>
    </w:p>
    <w:p>
      <w:pPr/>
      <w:r>
        <w:rPr/>
        <w:t>“Time.”</w:t>
      </w:r>
    </w:p>
    <w:p>
      <w:pPr/>
      <w:r>
        <w:rPr/>
        <w:t>Caleb stood.</w:t>
      </w:r>
    </w:p>
    <w:p>
      <w:pPr/>
      <w:r>
        <w:rPr/>
        <w:t>Photina remained seated.</w:t>
      </w:r>
    </w:p>
    <w:p>
      <w:pPr/>
      <w:r>
        <w:rPr/>
        <w:t>“Are you coming back?” she asked.</w:t>
      </w:r>
    </w:p>
    <w:p>
      <w:pPr/>
      <w:r>
        <w:rPr/>
        <w:t>The question escaped before she could stop it.</w:t>
      </w:r>
    </w:p>
    <w:p>
      <w:pPr/>
      <w:r>
        <w:rPr/>
        <w:t>Caleb looked at her.</w:t>
      </w:r>
    </w:p>
    <w:p>
      <w:pPr/>
      <w:r>
        <w:rPr/>
        <w:t>“Would you want me to?”</w:t>
      </w:r>
    </w:p>
    <w:p>
      <w:pPr/>
      <w:r>
        <w:rPr/>
        <w:t>She hesitated.</w:t>
      </w:r>
    </w:p>
    <w:p>
      <w:pPr/>
      <w:r>
        <w:rPr/>
        <w:t>Every instinct told her to protect herself.</w:t>
      </w:r>
    </w:p>
    <w:p>
      <w:pPr/>
      <w:r>
        <w:rPr/>
        <w:t>To laugh.</w:t>
      </w:r>
    </w:p>
    <w:p>
      <w:pPr/>
      <w:r>
        <w:rPr/>
        <w:t>To shrug.</w:t>
      </w:r>
    </w:p>
    <w:p>
      <w:pPr/>
      <w:r>
        <w:rPr/>
        <w:t>To say something that made the moment smaller.</w:t>
      </w:r>
    </w:p>
    <w:p>
      <w:pPr/>
      <w:r>
        <w:rPr/>
        <w:t>Instead, she nodded.</w:t>
      </w:r>
    </w:p>
    <w:p>
      <w:pPr/>
      <w:r>
        <w:rPr/>
        <w:t>“Yeah.”</w:t>
      </w:r>
    </w:p>
    <w:p>
      <w:pPr/>
      <w:r>
        <w:rPr/>
        <w:t>Her voice cracked.</w:t>
      </w:r>
    </w:p>
    <w:p>
      <w:pPr/>
      <w:r>
        <w:rPr/>
        <w:t>“I think I would.”</w:t>
      </w:r>
    </w:p>
    <w:p>
      <w:pPr/>
      <w:r>
        <w:rPr/>
        <w:t>Caleb smiled gently.</w:t>
      </w:r>
    </w:p>
    <w:p>
      <w:pPr/>
      <w:r>
        <w:rPr/>
        <w:t>“Then I’ll come back.”</w:t>
      </w:r>
    </w:p>
    <w:p>
      <w:pPr/>
      <w:r>
        <w:rPr/>
        <w:t>He turned toward the exit.</w:t>
      </w:r>
    </w:p>
    <w:p>
      <w:pPr/>
      <w:r>
        <w:rPr/>
        <w:t>“Caleb?”</w:t>
      </w:r>
    </w:p>
    <w:p>
      <w:pPr/>
      <w:r>
        <w:rPr/>
        <w:t>He stopped.</w:t>
      </w:r>
    </w:p>
    <w:p>
      <w:pPr/>
      <w:r>
        <w:rPr/>
        <w:t>“Yeah?”</w:t>
      </w:r>
    </w:p>
    <w:p>
      <w:pPr/>
      <w:r>
        <w:rPr/>
        <w:t>Photina swallowed.</w:t>
      </w:r>
    </w:p>
    <w:p>
      <w:pPr/>
      <w:r>
        <w:rPr/>
        <w:t>“Thanks for finding me.”</w:t>
      </w:r>
    </w:p>
    <w:p>
      <w:pPr/>
      <w:r>
        <w:rPr/>
        <w:t>He looked at her for a long moment.</w:t>
      </w:r>
    </w:p>
    <w:p>
      <w:pPr/>
      <w:r>
        <w:rPr/>
        <w:t>“You’re welcome.”</w:t>
      </w:r>
    </w:p>
    <w:p>
      <w:pPr/>
      <w:r>
        <w:rPr/>
        <w:t>And then he was gone.</w:t>
      </w:r>
    </w:p>
    <w:p>
      <w:pPr/>
      <w:r>
        <w:rPr/>
        <w:t>That night, Photina lay awake staring at the ceiling.</w:t>
      </w:r>
    </w:p>
    <w:p>
      <w:pPr/>
      <w:r>
        <w:rPr/>
        <w:t>She thought about Caleb.</w:t>
      </w:r>
    </w:p>
    <w:p>
      <w:pPr/>
      <w:r>
        <w:rPr/>
        <w:t>About the strange possibility that someone could know pieces of her story and still choose not to walk away.</w:t>
      </w:r>
    </w:p>
    <w:p>
      <w:pPr/>
      <w:r>
        <w:rPr/>
        <w:t>She’d heard people talk about God before.</w:t>
      </w:r>
    </w:p>
    <w:p>
      <w:pPr/>
      <w:r>
        <w:rPr/>
        <w:t>Heard them talk about forgiveness.</w:t>
      </w:r>
    </w:p>
    <w:p>
      <w:pPr/>
      <w:r>
        <w:rPr/>
        <w:t>Grace.</w:t>
      </w:r>
    </w:p>
    <w:p>
      <w:pPr/>
      <w:r>
        <w:rPr/>
        <w:t>Redemption.</w:t>
      </w:r>
    </w:p>
    <w:p>
      <w:pPr/>
      <w:r>
        <w:rPr/>
        <w:t>Words that sounded beautiful when somebody else was saying them.</w:t>
      </w:r>
    </w:p>
    <w:p>
      <w:pPr/>
      <w:r>
        <w:rPr/>
        <w:t>But those words felt different when you were the one who needed them.</w:t>
      </w:r>
    </w:p>
    <w:p>
      <w:pPr/>
      <w:r>
        <w:rPr/>
        <w:t>Photina rolled onto her side.</w:t>
      </w:r>
    </w:p>
    <w:p>
      <w:pPr/>
      <w:r>
        <w:rPr/>
        <w:t>She wasn’t sure what she believed anymore.</w:t>
      </w:r>
    </w:p>
    <w:p>
      <w:pPr/>
      <w:r>
        <w:rPr/>
        <w:t>Wasn’t sure God wanted to hear from her.</w:t>
      </w:r>
    </w:p>
    <w:p>
      <w:pPr/>
      <w:r>
        <w:rPr/>
        <w:t>But in the darkness, she whispered anyway.</w:t>
      </w:r>
    </w:p>
    <w:p>
      <w:pPr/>
      <w:r>
        <w:rPr/>
        <w:t>“God?”</w:t>
      </w:r>
    </w:p>
    <w:p>
      <w:pPr/>
      <w:r>
        <w:rPr/>
        <w:t>She waited.</w:t>
      </w:r>
    </w:p>
    <w:p>
      <w:pPr/>
      <w:r>
        <w:rPr/>
        <w:t>Nothing happened.</w:t>
      </w:r>
    </w:p>
    <w:p>
      <w:pPr/>
      <w:r>
        <w:rPr/>
        <w:t>No thunder.</w:t>
      </w:r>
    </w:p>
    <w:p>
      <w:pPr/>
      <w:r>
        <w:rPr/>
        <w:t>No heavenly choir.</w:t>
      </w:r>
    </w:p>
    <w:p>
      <w:pPr/>
      <w:r>
        <w:rPr/>
        <w:t>Just the distant sound of footsteps and a woman coughing down the hall.</w:t>
      </w:r>
    </w:p>
    <w:p>
      <w:pPr/>
      <w:r>
        <w:rPr/>
        <w:t>Photina wiped her eyes.</w:t>
      </w:r>
    </w:p>
    <w:p>
      <w:pPr/>
      <w:r>
        <w:rPr/>
        <w:t>“I don’t really know what I’m doing.”</w:t>
      </w:r>
    </w:p>
    <w:p>
      <w:pPr/>
      <w:r>
        <w:rPr/>
        <w:t>She laughed softly.</w:t>
      </w:r>
    </w:p>
    <w:p>
      <w:pPr/>
      <w:r>
        <w:rPr/>
        <w:t>“Which probably isn’t news to You.”</w:t>
      </w:r>
    </w:p>
    <w:p>
      <w:pPr/>
      <w:r>
        <w:rPr/>
        <w:t>Her voice trembled.</w:t>
      </w:r>
    </w:p>
    <w:p>
      <w:pPr/>
      <w:r>
        <w:rPr/>
        <w:t>“I’ve made a mess of things.”</w:t>
      </w:r>
    </w:p>
    <w:p>
      <w:pPr/>
      <w:r>
        <w:rPr/>
        <w:t>She stared at the wall.</w:t>
      </w:r>
    </w:p>
    <w:p>
      <w:pPr/>
      <w:r>
        <w:rPr/>
        <w:t>“And I don’t know how to fix any of it.”</w:t>
      </w:r>
    </w:p>
    <w:p>
      <w:pPr/>
      <w:r>
        <w:rPr/>
        <w:t>For a long time, she said nothing.</w:t>
      </w:r>
    </w:p>
    <w:p>
      <w:pPr/>
      <w:r>
        <w:rPr/>
        <w:t>Then, almost too quietly to hear, she whispered:</w:t>
      </w:r>
    </w:p>
    <w:p>
      <w:pPr/>
      <w:r>
        <w:rPr/>
        <w:t>“If You’re still listening…”</w:t>
      </w:r>
    </w:p>
    <w:p>
      <w:pPr/>
      <w:r>
        <w:rPr/>
        <w:t>A tear slipped down her cheek.</w:t>
      </w:r>
    </w:p>
    <w:p>
      <w:pPr/>
      <w:r>
        <w:rPr/>
        <w:t>“Could You help me?”</w:t>
      </w:r>
    </w:p>
    <w:p>
      <w:pPr/>
      <w:r>
        <w:rPr/>
        <w:t>The room remained silent.</w:t>
      </w:r>
    </w:p>
    <w:p>
      <w:pPr/>
      <w:r>
        <w:rPr/>
        <w:t>The door remained locked.</w:t>
      </w:r>
    </w:p>
    <w:p>
      <w:pPr/>
      <w:r>
        <w:rPr/>
        <w:t>The walls remained standing.</w:t>
      </w:r>
    </w:p>
    <w:p>
      <w:pPr/>
      <w:r>
        <w:rPr/>
        <w:t>But for the first time in a long while, Photina didn’t feel quite as alone.</w:t>
      </w:r>
    </w:p>
    <w:p>
      <w:pPr/>
      <w:r>
        <w:rPr/>
        <w:t>And somewhere beyond those walls, Caleb was still searching for answers of his own.</w:t>
      </w:r>
    </w:p>
    <w:p>
      <w:pPr/>
      <w:r>
        <w:rPr/>
        <w:t>Neither understood yet how much their lives would change.</w:t>
      </w:r>
    </w:p>
    <w:p>
      <w:pPr/>
      <w:r>
        <w:rPr/>
        <w:t>Neither knew where the road would lead.</w:t>
      </w:r>
    </w:p>
    <w:p>
      <w:pPr/>
      <w:r>
        <w:rPr/>
        <w:t>But the story wasn’t over.</w:t>
      </w:r>
    </w:p>
    <w:p>
      <w:pPr/>
      <w:r>
        <w:rPr/>
        <w:t>Not even close.</w:t>
      </w:r>
    </w:p>
    <w:p>
      <w:pPr/>
      <w:r>
        <w:rPr/>
      </w:r>
    </w:p>
    <w:p>
      <w:pPr/>
      <w:r>
        <w:rPr/>
      </w:r>
    </w:p>
    <w:p>
      <w:pPr>
        <w:spacing w:before="260" w:after="240"/>
      </w:pPr>
      <w:r>
        <w:t>Caleb had found Photina behind walls, and she had finally dared to ask God for help. Elsewhere in the same coastal city, Eden was still looking for a place where nobody knew her history.</w:t>
      </w:r>
    </w:p>
    <w:p>
      <w:pPr>
        <w:pStyle w:val="Heading2"/>
      </w:pPr>
      <w:r>
        <w:rPr/>
        <w:t>CHAPTER TEN</w:t>
      </w:r>
    </w:p>
    <w:p>
      <w:pPr>
        <w:pStyle w:val="Heading1"/>
      </w:pPr>
      <w:r>
        <w:rPr/>
        <w:t>Wilmington</w:t>
      </w:r>
    </w:p>
    <w:p>
      <w:pPr/>
      <w:r>
        <w:rPr/>
        <w:t>Eden arrived in Wilmington, North Carolina, carrying a small suitcase and a worn canvas bag.</w:t>
      </w:r>
    </w:p>
    <w:p>
      <w:pPr/>
      <w:r>
        <w:rPr/>
        <w:t>She was twenty years old.</w:t>
      </w:r>
    </w:p>
    <w:p>
      <w:pPr/>
      <w:r>
        <w:rPr/>
        <w:t>Old enough to know life could fall apart.</w:t>
      </w:r>
    </w:p>
    <w:p>
      <w:pPr/>
      <w:r>
        <w:rPr/>
        <w:t>Young enough to have no idea how to rebuild it.</w:t>
      </w:r>
    </w:p>
    <w:p>
      <w:pPr/>
      <w:r>
        <w:rPr/>
        <w:t>The coastal air smelled of salt, river water, and warm pavement.</w:t>
      </w:r>
    </w:p>
    <w:p>
      <w:pPr/>
      <w:r>
        <w:rPr/>
        <w:t>She walked beneath old live oak trees, past brick storefronts and restaurants with outdoor tables.</w:t>
      </w:r>
    </w:p>
    <w:p>
      <w:pPr/>
      <w:r>
        <w:rPr/>
        <w:t>Along the Riverwalk, boats moved slowly across the Cape Fear River.</w:t>
      </w:r>
    </w:p>
    <w:p>
      <w:pPr/>
      <w:r>
        <w:rPr/>
        <w:t>Eden rested one hand against the wooden railing.</w:t>
      </w:r>
    </w:p>
    <w:p>
      <w:pPr/>
      <w:r>
        <w:rPr/>
        <w:t>The water continued flowing.</w:t>
      </w:r>
    </w:p>
    <w:p>
      <w:pPr/>
      <w:r>
        <w:rPr/>
        <w:t>Nobody knew what she had done.</w:t>
      </w:r>
    </w:p>
    <w:p>
      <w:pPr/>
      <w:r>
        <w:rPr/>
        <w:t>Nobody knew how far she'd fallen.</w:t>
      </w:r>
    </w:p>
    <w:p>
      <w:pPr/>
      <w:r>
        <w:rPr/>
        <w:t>For a moment, the anonymity felt comforting.</w:t>
      </w:r>
    </w:p>
    <w:p>
      <w:pPr/>
      <w:r>
        <w:rPr/>
        <w:t>Later, she visited Wrightsville Beach.</w:t>
      </w:r>
    </w:p>
    <w:p>
      <w:pPr/>
      <w:r>
        <w:rPr/>
        <w:t>She removed her white sneakers and carried them by their laces as she walked into the shallow surf.</w:t>
      </w:r>
    </w:p>
    <w:p>
      <w:pPr/>
      <w:r>
        <w:rPr/>
        <w:t>Cold Atlantic water curled around her ankles.</w:t>
      </w:r>
    </w:p>
    <w:p>
      <w:pPr/>
      <w:r>
        <w:rPr/>
        <w:t>She watched the waves come in.</w:t>
      </w:r>
    </w:p>
    <w:p>
      <w:pPr/>
      <w:r>
        <w:rPr/>
        <w:t>Then retreat.</w:t>
      </w:r>
    </w:p>
    <w:p>
      <w:pPr/>
      <w:r>
        <w:rPr/>
        <w:t>Come in.</w:t>
      </w:r>
    </w:p>
    <w:p>
      <w:pPr/>
      <w:r>
        <w:rPr/>
        <w:t>Then retreat.</w:t>
      </w:r>
    </w:p>
    <w:p>
      <w:pPr/>
      <w:r>
        <w:rPr/>
        <w:t>The rhythm was almost hypnotic.</w:t>
      </w:r>
    </w:p>
    <w:p>
      <w:pPr/>
      <w:r>
        <w:rPr/>
        <w:t>"I wish I could start over," she whispered.</w:t>
      </w:r>
    </w:p>
    <w:p>
      <w:pPr/>
      <w:r>
        <w:rPr/>
        <w:t>A gull cried overhead.</w:t>
      </w:r>
    </w:p>
    <w:p>
      <w:pPr/>
      <w:r>
        <w:rPr/>
        <w:t>The ocean offered no answer.</w:t>
      </w:r>
    </w:p>
    <w:p>
      <w:pPr/>
      <w:r>
        <w:rPr/>
        <w:t>But when Eden looked up, the sun had begun breaking through the clouds.</w:t>
      </w:r>
    </w:p>
    <w:p>
      <w:pPr/>
      <w:r>
        <w:rPr/>
        <w:t>She watched it for a moment.</w:t>
      </w:r>
    </w:p>
    <w:p>
      <w:pPr/>
      <w:r>
        <w:rPr/>
        <w:t>Then continued walking.</w:t>
      </w:r>
    </w:p>
    <w:p>
      <w:pPr/>
      <w:r>
        <w:rPr/>
        <w:t>She found the coffeehouse almost by accident.</w:t>
      </w:r>
    </w:p>
    <w:p>
      <w:pPr/>
      <w:r>
        <w:rPr/>
        <w:t>It sat near the beachfront, with weathered wooden siding, wide glass windows, hanging plants, and outdoor tables facing the ocean.</w:t>
      </w:r>
    </w:p>
    <w:p>
      <w:pPr/>
      <w:r>
        <w:rPr/>
        <w:t>A chalkboard stood beside the entrance.</w:t>
      </w:r>
    </w:p>
    <w:p>
      <w:pPr/>
      <w:r>
        <w:rPr/>
        <w:t>NOW HIRING.</w:t>
      </w:r>
    </w:p>
    <w:p>
      <w:pPr/>
      <w:r>
        <w:rPr/>
        <w:t>Eden stopped.</w:t>
      </w:r>
    </w:p>
    <w:p>
      <w:pPr/>
      <w:r>
        <w:rPr/>
        <w:t>Through the glass, she could see warm lights glowing above a wooden counter.</w:t>
      </w:r>
    </w:p>
    <w:p>
      <w:pPr/>
      <w:r>
        <w:rPr/>
        <w:t>Coffee equipment.</w:t>
      </w:r>
    </w:p>
    <w:p>
      <w:pPr/>
      <w:r>
        <w:rPr/>
        <w:t>Pastries.</w:t>
      </w:r>
    </w:p>
    <w:p>
      <w:pPr/>
      <w:r>
        <w:rPr/>
        <w:t>Comfortable furniture.</w:t>
      </w:r>
    </w:p>
    <w:p>
      <w:pPr/>
      <w:r>
        <w:rPr/>
        <w:t>A place that looked peaceful.</w:t>
      </w:r>
    </w:p>
    <w:p>
      <w:pPr/>
      <w:r>
        <w:rPr/>
        <w:t>She studied the sign.</w:t>
      </w:r>
    </w:p>
    <w:p>
      <w:pPr/>
      <w:r>
        <w:rPr/>
        <w:t>For the first time in months, a thought entered her mind that wasn't about the past.</w:t>
      </w:r>
    </w:p>
    <w:p>
      <w:pPr/>
      <w:r>
        <w:rPr/>
        <w:t>Maybe I could work here.</w:t>
      </w:r>
    </w:p>
    <w:p>
      <w:pPr/>
      <w:r>
        <w:rPr/>
        <w:t>She reached for the handle of her crossbody bag.</w:t>
      </w:r>
    </w:p>
    <w:p>
      <w:pPr/>
      <w:r>
        <w:rPr/>
        <w:t>Then she stepped inside.</w:t>
      </w:r>
    </w:p>
    <w:p>
      <w:pPr/>
      <w:r>
        <w:rPr/>
      </w:r>
    </w:p>
    <w:p>
      <w:pPr/>
      <w:r>
        <w:rPr/>
      </w:r>
    </w:p>
    <w:p>
      <w:pPr>
        <w:pStyle w:val="Heading2"/>
      </w:pPr>
      <w:r>
        <w:rPr/>
        <w:t>CHAPTER ELEVEN</w:t>
      </w:r>
    </w:p>
    <w:p>
      <w:pPr>
        <w:pStyle w:val="Heading1"/>
      </w:pPr>
      <w:r>
        <w:rPr/>
        <w:t>The Woman Who Kept Coming Back</w:t>
      </w:r>
    </w:p>
    <w:p>
      <w:pPr/>
      <w:r>
        <w:rPr/>
        <w:t>The coffeehouse gave Eden something she desperately needed.</w:t>
      </w:r>
    </w:p>
    <w:p>
      <w:pPr/>
      <w:r>
        <w:rPr/>
        <w:t>A routine.</w:t>
      </w:r>
    </w:p>
    <w:p>
      <w:pPr/>
      <w:r>
        <w:rPr/>
        <w:t>Morning shifts.</w:t>
      </w:r>
    </w:p>
    <w:p>
      <w:pPr/>
      <w:r>
        <w:rPr/>
        <w:t>Coffee orders.</w:t>
      </w:r>
    </w:p>
    <w:p>
      <w:pPr/>
      <w:r>
        <w:rPr/>
        <w:t>Customers whose biggest problem was whether their latte had enough caramel.</w:t>
      </w:r>
    </w:p>
    <w:p>
      <w:pPr/>
      <w:r>
        <w:rPr/>
        <w:t>She learned to steam milk, prepare espresso, and remember regular customers' favorite drinks.</w:t>
      </w:r>
    </w:p>
    <w:p>
      <w:pPr/>
      <w:r>
        <w:rPr/>
        <w:t>She also learned how to smile when she didn't feel like smiling.</w:t>
      </w:r>
    </w:p>
    <w:p>
      <w:pPr/>
      <w:r>
        <w:rPr/>
        <w:t>"Good morning!"</w:t>
      </w:r>
    </w:p>
    <w:p>
      <w:pPr/>
      <w:r>
        <w:rPr/>
        <w:t>"Of course!"</w:t>
      </w:r>
    </w:p>
    <w:p>
      <w:pPr/>
      <w:r>
        <w:rPr/>
        <w:t>"Have a wonderful day!"</w:t>
      </w:r>
    </w:p>
    <w:p>
      <w:pPr/>
      <w:r>
        <w:rPr/>
        <w:t>The words came automatically.</w:t>
      </w:r>
    </w:p>
    <w:p>
      <w:pPr/>
      <w:r>
        <w:rPr/>
        <w:t>Her heart rarely followed.</w:t>
      </w:r>
    </w:p>
    <w:p>
      <w:pPr/>
      <w:r>
        <w:rPr/>
        <w:t>Then one afternoon, a woman with beautiful, long dark curls walked through the door.</w:t>
      </w:r>
    </w:p>
    <w:p>
      <w:pPr/>
      <w:r>
        <w:rPr/>
        <w:t>She wore an ivory blouse, tailored trousers, and a warm, confident smile.</w:t>
      </w:r>
    </w:p>
    <w:p>
      <w:pPr/>
      <w:r>
        <w:rPr/>
        <w:t>"Hi," she said. "Could I get a vanilla latte?"</w:t>
      </w:r>
    </w:p>
    <w:p>
      <w:pPr/>
      <w:r>
        <w:rPr/>
        <w:t>"Of course."</w:t>
      </w:r>
    </w:p>
    <w:p>
      <w:pPr/>
      <w:r>
        <w:rPr/>
        <w:t>Eden prepared the drink.</w:t>
      </w:r>
    </w:p>
    <w:p>
      <w:pPr/>
      <w:r>
        <w:rPr/>
        <w:t>When she placed it on the counter, the woman smiled.</w:t>
      </w:r>
    </w:p>
    <w:p>
      <w:pPr/>
      <w:r>
        <w:rPr/>
        <w:t>"Thank you. What's your name?"</w:t>
      </w:r>
    </w:p>
    <w:p>
      <w:pPr/>
      <w:r>
        <w:rPr/>
        <w:t>"Eden."</w:t>
      </w:r>
    </w:p>
    <w:p>
      <w:pPr/>
      <w:r>
        <w:rPr/>
        <w:t>"I'm Edel."</w:t>
      </w:r>
    </w:p>
    <w:p>
      <w:pPr/>
      <w:r>
        <w:rPr/>
        <w:t>Eden nodded politely.</w:t>
      </w:r>
    </w:p>
    <w:p>
      <w:pPr/>
      <w:r>
        <w:rPr/>
        <w:t>Edel tasted the latte.</w:t>
      </w:r>
    </w:p>
    <w:p>
      <w:pPr/>
      <w:r>
        <w:rPr/>
        <w:t>Her eyebrows rose.</w:t>
      </w:r>
    </w:p>
    <w:p>
      <w:pPr/>
      <w:r>
        <w:rPr/>
        <w:t>"Well, Eden, I think I just found my new coffeehouse."</w:t>
      </w:r>
    </w:p>
    <w:p>
      <w:pPr/>
      <w:r>
        <w:rPr/>
        <w:t>For some reason, Eden smiled.</w:t>
      </w:r>
    </w:p>
    <w:p>
      <w:pPr/>
      <w:r>
        <w:rPr/>
        <w:t>A real smile.</w:t>
      </w:r>
    </w:p>
    <w:p>
      <w:pPr/>
      <w:r>
        <w:rPr/>
        <w:t>Only for a second.</w:t>
      </w:r>
    </w:p>
    <w:p>
      <w:pPr/>
      <w:r>
        <w:rPr/>
        <w:t>But it was real.</w:t>
      </w:r>
    </w:p>
    <w:p>
      <w:pPr/>
      <w:r>
        <w:rPr/>
        <w:t>Edel came back.</w:t>
      </w:r>
    </w:p>
    <w:p>
      <w:pPr/>
      <w:r>
        <w:rPr/>
        <w:t>Then came back again.</w:t>
      </w:r>
    </w:p>
    <w:p>
      <w:pPr/>
      <w:r>
        <w:rPr/>
        <w:t>Sometimes she ordered a cappuccino.</w:t>
      </w:r>
    </w:p>
    <w:p>
      <w:pPr/>
      <w:r>
        <w:rPr/>
        <w:t>Sometimes iced coffee.</w:t>
      </w:r>
    </w:p>
    <w:p>
      <w:pPr/>
      <w:r>
        <w:rPr/>
        <w:t>Sometimes she arrived looking professional, dressed for meetings.</w:t>
      </w:r>
    </w:p>
    <w:p>
      <w:pPr/>
      <w:r>
        <w:rPr/>
        <w:t>Other days she wore relaxed dresses and comfortable shoes.</w:t>
      </w:r>
    </w:p>
    <w:p>
      <w:pPr/>
      <w:r>
        <w:rPr/>
        <w:t>She always remembered Eden's name.</w:t>
      </w:r>
    </w:p>
    <w:p>
      <w:pPr/>
      <w:r>
        <w:rPr/>
        <w:t>"How's your morning?"</w:t>
      </w:r>
    </w:p>
    <w:p>
      <w:pPr/>
      <w:r>
        <w:rPr/>
        <w:t>"Busy."</w:t>
      </w:r>
    </w:p>
    <w:p>
      <w:pPr/>
      <w:r>
        <w:rPr/>
        <w:t>"How's school?"</w:t>
      </w:r>
    </w:p>
    <w:p>
      <w:pPr/>
      <w:r>
        <w:rPr/>
        <w:t>Eden hesitated.</w:t>
      </w:r>
    </w:p>
    <w:p>
      <w:pPr/>
      <w:r>
        <w:rPr/>
        <w:t>"I'm not in school anymore."</w:t>
      </w:r>
    </w:p>
    <w:p>
      <w:pPr/>
      <w:r>
        <w:rPr/>
        <w:t>Edel didn't ask why.</w:t>
      </w:r>
    </w:p>
    <w:p>
      <w:pPr/>
      <w:r>
        <w:rPr/>
        <w:t>She simply nodded.</w:t>
      </w:r>
    </w:p>
    <w:p>
      <w:pPr/>
      <w:r>
        <w:rPr/>
        <w:t>"Well, you're doing a wonderful job here."</w:t>
      </w:r>
    </w:p>
    <w:p>
      <w:pPr/>
      <w:r>
        <w:rPr/>
        <w:t>The conversations grew.</w:t>
      </w:r>
    </w:p>
    <w:p>
      <w:pPr/>
      <w:r>
        <w:rPr/>
        <w:t>They laughed about difficult customers.</w:t>
      </w:r>
    </w:p>
    <w:p>
      <w:pPr/>
      <w:r>
        <w:rPr/>
        <w:t>Shared stories about work.</w:t>
      </w:r>
    </w:p>
    <w:p>
      <w:pPr/>
      <w:r>
        <w:rPr/>
        <w:t>Talked about clothes, music, and the strange things people did before their morning coffee.</w:t>
      </w:r>
    </w:p>
    <w:p>
      <w:pPr/>
      <w:r>
        <w:rPr/>
        <w:t>One afternoon, Edel found Eden wiping the same section of counter for the third time.</w:t>
      </w:r>
    </w:p>
    <w:p>
      <w:pPr/>
      <w:r>
        <w:rPr/>
        <w:t>"Rough day?"</w:t>
      </w:r>
    </w:p>
    <w:p>
      <w:pPr/>
      <w:r>
        <w:rPr/>
        <w:t>Eden smiled.</w:t>
      </w:r>
    </w:p>
    <w:p>
      <w:pPr/>
      <w:r>
        <w:rPr/>
        <w:t>"I'm fine."</w:t>
      </w:r>
    </w:p>
    <w:p>
      <w:pPr/>
      <w:r>
        <w:rPr/>
        <w:t>Edel tilted her head.</w:t>
      </w:r>
    </w:p>
    <w:p>
      <w:pPr/>
      <w:r>
        <w:rPr/>
        <w:t>"You're getting worse at saying that."</w:t>
      </w:r>
    </w:p>
    <w:p>
      <w:pPr/>
      <w:r>
        <w:rPr/>
        <w:t>Eden laughed.</w:t>
      </w:r>
    </w:p>
    <w:p>
      <w:pPr/>
      <w:r>
        <w:rPr/>
        <w:t>But the laughter quickly faded.</w:t>
      </w:r>
    </w:p>
    <w:p>
      <w:pPr/>
      <w:r>
        <w:rPr/>
        <w:t>Edel noticed.</w:t>
      </w:r>
    </w:p>
    <w:p>
      <w:pPr/>
      <w:r>
        <w:rPr/>
        <w:t>She didn't push.</w:t>
      </w:r>
    </w:p>
    <w:p>
      <w:pPr/>
      <w:r>
        <w:rPr/>
        <w:t>That mattered more than Eden realized.</w:t>
      </w:r>
    </w:p>
    <w:p>
      <w:pPr/>
      <w:r>
        <w:rPr/>
        <w:t>The night Edel found Eden crying, the coffeehouse had already closed.</w:t>
      </w:r>
    </w:p>
    <w:p>
      <w:pPr/>
      <w:r>
        <w:rPr/>
        <w:t>The sky outside was dark blue.</w:t>
      </w:r>
    </w:p>
    <w:p>
      <w:pPr/>
      <w:r>
        <w:rPr/>
        <w:t>Waves rolled quietly beyond the windows.</w:t>
      </w:r>
    </w:p>
    <w:p>
      <w:pPr/>
      <w:r>
        <w:rPr/>
        <w:t>Eden sat alone at a wooden table.</w:t>
      </w:r>
    </w:p>
    <w:p>
      <w:pPr/>
      <w:r>
        <w:rPr/>
        <w:t>An untouched cup of coffee rested before her.</w:t>
      </w:r>
    </w:p>
    <w:p>
      <w:pPr/>
      <w:r>
        <w:rPr/>
        <w:t>She held a crumpled tissue in one hand.</w:t>
      </w:r>
    </w:p>
    <w:p>
      <w:pPr/>
      <w:r>
        <w:rPr/>
        <w:t>Tears dripped onto the table.</w:t>
      </w:r>
    </w:p>
    <w:p>
      <w:pPr/>
      <w:r>
        <w:rPr/>
        <w:t>She had spent the entire day smiling.</w:t>
      </w:r>
    </w:p>
    <w:p>
      <w:pPr/>
      <w:r>
        <w:rPr/>
        <w:t>She simply couldn't do it anymore.</w:t>
      </w:r>
    </w:p>
    <w:p>
      <w:pPr/>
      <w:r>
        <w:rPr/>
        <w:t>Outside, Edel approached the window.</w:t>
      </w:r>
    </w:p>
    <w:p>
      <w:pPr/>
      <w:r>
        <w:rPr/>
        <w:t>She stopped when she saw Eden.</w:t>
      </w:r>
    </w:p>
    <w:p>
      <w:pPr/>
      <w:r>
        <w:rPr/>
        <w:t>For a moment, she stood quietly.</w:t>
      </w:r>
    </w:p>
    <w:p>
      <w:pPr/>
      <w:r>
        <w:rPr/>
        <w:t>Then she gently tapped the glass.</w:t>
      </w:r>
    </w:p>
    <w:p>
      <w:pPr/>
      <w:r>
        <w:rPr/>
        <w:t>Eden looked up, startled.</w:t>
      </w:r>
    </w:p>
    <w:p>
      <w:pPr/>
      <w:r>
        <w:rPr/>
        <w:t>Edel didn't wave cheerfully.</w:t>
      </w:r>
    </w:p>
    <w:p>
      <w:pPr/>
      <w:r>
        <w:rPr/>
        <w:t>She didn't pretend nothing was wrong.</w:t>
      </w:r>
    </w:p>
    <w:p>
      <w:pPr/>
      <w:r>
        <w:rPr/>
        <w:t>She simply pointed toward the door.</w:t>
      </w:r>
    </w:p>
    <w:p>
      <w:pPr/>
      <w:r>
        <w:rPr/>
        <w:t>Eden hesitated.</w:t>
      </w:r>
    </w:p>
    <w:p>
      <w:pPr/>
      <w:r>
        <w:rPr/>
        <w:t>Then she stood and unlocked it.</w:t>
      </w:r>
    </w:p>
    <w:p>
      <w:pPr/>
      <w:r>
        <w:rPr/>
        <w:t>Edel stepped inside.</w:t>
      </w:r>
    </w:p>
    <w:p>
      <w:pPr/>
      <w:r>
        <w:rPr/>
        <w:t>"You don't have to explain," she said gently. "But you don't have to sit alone."</w:t>
      </w:r>
    </w:p>
    <w:p>
      <w:pPr/>
      <w:r>
        <w:rPr/>
        <w:t>That was all it took.</w:t>
      </w:r>
    </w:p>
    <w:p>
      <w:pPr/>
      <w:r>
        <w:rPr/>
        <w:t>Eden began crying harder.</w:t>
      </w:r>
    </w:p>
    <w:p>
      <w:pPr/>
      <w:r>
        <w:rPr/>
        <w:t>They sat together at the back table.</w:t>
      </w:r>
    </w:p>
    <w:p>
      <w:pPr/>
      <w:r>
        <w:rPr/>
        <w:t>And for the first time, Eden told someone everything.</w:t>
      </w:r>
    </w:p>
    <w:p>
      <w:pPr/>
      <w:r>
        <w:rPr/>
        <w:t>The prom.</w:t>
      </w:r>
    </w:p>
    <w:p>
      <w:pPr/>
      <w:r>
        <w:rPr/>
        <w:t>The pregnancy.</w:t>
      </w:r>
    </w:p>
    <w:p>
      <w:pPr/>
      <w:r>
        <w:rPr/>
        <w:t>The unanswered phone calls.</w:t>
      </w:r>
    </w:p>
    <w:p>
      <w:pPr/>
      <w:r>
        <w:rPr/>
        <w:t>The clinic.</w:t>
      </w:r>
    </w:p>
    <w:p>
      <w:pPr/>
      <w:r>
        <w:rPr/>
        <w:t>The guilt.</w:t>
      </w:r>
    </w:p>
    <w:p>
      <w:pPr/>
      <w:r>
        <w:rPr/>
        <w:t>The years spent trying to outrun herself.</w:t>
      </w:r>
    </w:p>
    <w:p>
      <w:pPr/>
      <w:r>
        <w:rPr/>
        <w:t>Edel listened.</w:t>
      </w:r>
    </w:p>
    <w:p>
      <w:pPr/>
      <w:r>
        <w:rPr/>
        <w:t>She didn't interrupt.</w:t>
      </w:r>
    </w:p>
    <w:p>
      <w:pPr/>
      <w:r>
        <w:rPr/>
        <w:t>Didn't argue.</w:t>
      </w:r>
    </w:p>
    <w:p>
      <w:pPr/>
      <w:r>
        <w:rPr/>
        <w:t>Didn't pretend the story was smaller than it was.</w:t>
      </w:r>
    </w:p>
    <w:p>
      <w:pPr/>
      <w:r>
        <w:rPr/>
        <w:t>When Eden finished, she stared at the table.</w:t>
      </w:r>
    </w:p>
    <w:p>
      <w:pPr/>
      <w:r>
        <w:rPr/>
        <w:t>"You probably think I'm horrible."</w:t>
      </w:r>
    </w:p>
    <w:p>
      <w:pPr/>
      <w:r>
        <w:rPr/>
        <w:t>Edel reached across the table.</w:t>
      </w:r>
    </w:p>
    <w:p>
      <w:pPr/>
      <w:r>
        <w:rPr/>
        <w:t>"No."</w:t>
      </w:r>
    </w:p>
    <w:p>
      <w:pPr/>
      <w:r>
        <w:rPr/>
        <w:t>"But what I did..."</w:t>
      </w:r>
    </w:p>
    <w:p>
      <w:pPr/>
      <w:r>
        <w:rPr/>
        <w:t>"What you did matters," Edel said softly. "And I'm not going to tell you it doesn't."</w:t>
      </w:r>
    </w:p>
    <w:p>
      <w:pPr/>
      <w:r>
        <w:rPr/>
        <w:t>Eden looked up.</w:t>
      </w:r>
    </w:p>
    <w:p>
      <w:pPr/>
      <w:r>
        <w:rPr/>
        <w:t>"Then how can you sit here with me?"</w:t>
      </w:r>
    </w:p>
    <w:p>
      <w:pPr/>
      <w:r>
        <w:rPr/>
        <w:t>"Because Jesus didn't wait for me to become perfect before He reached for me."</w:t>
      </w:r>
    </w:p>
    <w:p>
      <w:pPr/>
      <w:r>
        <w:rPr/>
        <w:t>Eden frowned.</w:t>
      </w:r>
    </w:p>
    <w:p>
      <w:pPr/>
      <w:r>
        <w:rPr/>
        <w:t>"What do you mean?"</w:t>
      </w:r>
    </w:p>
    <w:p>
      <w:pPr/>
      <w:r>
        <w:rPr/>
        <w:t>Edel looked toward her handbag.</w:t>
      </w:r>
    </w:p>
    <w:p>
      <w:pPr/>
      <w:r>
        <w:rPr/>
        <w:t>"Can I show you something?"</w:t>
      </w:r>
    </w:p>
    <w:p>
      <w:pPr/>
      <w:r>
        <w:rPr/>
        <w:t>Eden nodded.</w:t>
      </w:r>
    </w:p>
    <w:p>
      <w:pPr/>
      <w:r>
        <w:rPr/>
        <w:t>Edel removed a small, worn Bible.</w:t>
      </w:r>
    </w:p>
    <w:p>
      <w:pPr/>
      <w:r>
        <w:rPr/>
        <w:t>She placed it open between them.</w:t>
      </w:r>
    </w:p>
    <w:p>
      <w:pPr/>
      <w:r>
        <w:rPr/>
        <w:t>Not in front of Eden like an accusation.</w:t>
      </w:r>
    </w:p>
    <w:p>
      <w:pPr/>
      <w:r>
        <w:rPr/>
        <w:t>Between them.</w:t>
      </w:r>
    </w:p>
    <w:p>
      <w:pPr/>
      <w:r>
        <w:rPr/>
        <w:t>Like an invitation.</w:t>
      </w:r>
    </w:p>
    <w:p>
      <w:pPr/>
      <w:r>
        <w:rPr/>
      </w:r>
    </w:p>
    <w:p>
      <w:pPr/>
      <w:r>
        <w:rPr/>
      </w:r>
    </w:p>
    <w:p>
      <w:pPr>
        <w:pStyle w:val="Heading2"/>
      </w:pPr>
      <w:r>
        <w:rPr/>
        <w:t>CHAPTER TWELVE</w:t>
      </w:r>
    </w:p>
    <w:p>
      <w:pPr>
        <w:pStyle w:val="Heading1"/>
      </w:pPr>
      <w:r>
        <w:rPr/>
        <w:t>No Condemnation</w:t>
      </w:r>
    </w:p>
    <w:p>
      <w:pPr/>
      <w:r>
        <w:rPr/>
        <w:t>Over the following mornings, they read Scripture together.</w:t>
      </w:r>
    </w:p>
    <w:p>
      <w:pPr/>
      <w:r>
        <w:rPr/>
        <w:t>Romans 8:1.</w:t>
      </w:r>
    </w:p>
    <w:p>
      <w:pPr/>
      <w:r>
        <w:rPr/>
        <w:t>First John 1:9.</w:t>
      </w:r>
    </w:p>
    <w:p>
      <w:pPr/>
      <w:r>
        <w:rPr/>
        <w:t>Eden asked questions.</w:t>
      </w:r>
    </w:p>
    <w:p>
      <w:pPr/>
      <w:r>
        <w:rPr/>
        <w:t>Sometimes difficult ones.</w:t>
      </w:r>
    </w:p>
    <w:p>
      <w:pPr/>
      <w:r>
        <w:rPr/>
        <w:t>"Does forgiveness mean what I did wasn't wrong?"</w:t>
      </w:r>
    </w:p>
    <w:p>
      <w:pPr/>
      <w:r>
        <w:rPr/>
        <w:t>"No," Edel answered.</w:t>
      </w:r>
    </w:p>
    <w:p>
      <w:pPr/>
      <w:r>
        <w:rPr/>
        <w:t>"Then why would Jesus forgive me?"</w:t>
      </w:r>
    </w:p>
    <w:p>
      <w:pPr/>
      <w:r>
        <w:rPr/>
        <w:t>"Because He loves you. And because He paid for sin on the cross."</w:t>
      </w:r>
    </w:p>
    <w:p>
      <w:pPr/>
      <w:r>
        <w:rPr/>
        <w:t>Eden stared down at the open Bible.</w:t>
      </w:r>
    </w:p>
    <w:p>
      <w:pPr/>
      <w:r>
        <w:rPr/>
        <w:t>"But I knew better."</w:t>
      </w:r>
    </w:p>
    <w:p>
      <w:pPr/>
      <w:r>
        <w:rPr/>
        <w:t>"So did I."</w:t>
      </w:r>
    </w:p>
    <w:p>
      <w:pPr/>
      <w:r>
        <w:rPr/>
        <w:t>"You don't understand what I've done."</w:t>
      </w:r>
    </w:p>
    <w:p>
      <w:pPr/>
      <w:r>
        <w:rPr/>
        <w:t>Edel grew quiet.</w:t>
      </w:r>
    </w:p>
    <w:p>
      <w:pPr/>
      <w:r>
        <w:rPr/>
        <w:t>"I understand more than you think."</w:t>
      </w:r>
    </w:p>
    <w:p>
      <w:pPr/>
      <w:r>
        <w:rPr/>
        <w:t>Eden looked at her.</w:t>
      </w:r>
    </w:p>
    <w:p>
      <w:pPr/>
      <w:r>
        <w:rPr/>
        <w:t>Edel continued.</w:t>
      </w:r>
    </w:p>
    <w:p>
      <w:pPr/>
      <w:r>
        <w:rPr/>
        <w:t>"There was a time when I thought my past had destroyed every possibility of being loved by God."</w:t>
      </w:r>
    </w:p>
    <w:p>
      <w:pPr/>
      <w:r>
        <w:rPr/>
        <w:t>"What happened?"</w:t>
      </w:r>
    </w:p>
    <w:p>
      <w:pPr/>
      <w:r>
        <w:rPr/>
        <w:t>"A lot of things I'm not proud of."</w:t>
      </w:r>
    </w:p>
    <w:p>
      <w:pPr/>
      <w:r>
        <w:rPr/>
        <w:t>"Did Jesus fix everything?"</w:t>
      </w:r>
    </w:p>
    <w:p>
      <w:pPr/>
      <w:r>
        <w:rPr/>
        <w:t>Edel smiled faintly.</w:t>
      </w:r>
    </w:p>
    <w:p>
      <w:pPr/>
      <w:r>
        <w:rPr/>
        <w:t>"He began changing me. But He didn't erase my past. He taught me that my past didn't have to own me."</w:t>
      </w:r>
    </w:p>
    <w:p>
      <w:pPr/>
      <w:r>
        <w:rPr/>
        <w:t>Eden swallowed.</w:t>
      </w:r>
    </w:p>
    <w:p>
      <w:pPr/>
      <w:r>
        <w:rPr/>
        <w:t>"I've spent years hating myself."</w:t>
      </w:r>
    </w:p>
    <w:p>
      <w:pPr/>
      <w:r>
        <w:rPr/>
        <w:t>Edel placed one finger on the open page.</w:t>
      </w:r>
    </w:p>
    <w:p>
      <w:pPr/>
      <w:r>
        <w:rPr/>
        <w:t>"Repentance says, 'Run to Jesus.' Condemnation says, 'Hide from Him.'"</w:t>
      </w:r>
    </w:p>
    <w:p>
      <w:pPr/>
      <w:r>
        <w:rPr/>
        <w:t>Eden's eyes filled.</w:t>
      </w:r>
    </w:p>
    <w:p>
      <w:pPr/>
      <w:r>
        <w:rPr/>
        <w:t>"I've been hiding."</w:t>
      </w:r>
    </w:p>
    <w:p>
      <w:pPr/>
      <w:r>
        <w:rPr/>
        <w:t>"Then come out of hiding."</w:t>
      </w:r>
    </w:p>
    <w:p>
      <w:pPr/>
      <w:r>
        <w:rPr/>
        <w:t>"I thought He wanted nothing to do with me."</w:t>
      </w:r>
    </w:p>
    <w:p>
      <w:pPr/>
      <w:r>
        <w:rPr/>
        <w:t>Edel shook her head.</w:t>
      </w:r>
    </w:p>
    <w:p>
      <w:pPr/>
      <w:r>
        <w:rPr/>
        <w:t>"Jesus already carried the punishment you're still placing on yourself."</w:t>
      </w:r>
    </w:p>
    <w:p>
      <w:pPr/>
      <w:r>
        <w:rPr/>
        <w:t>Eden stared at her.</w:t>
      </w:r>
    </w:p>
    <w:p>
      <w:pPr/>
      <w:r>
        <w:rPr/>
        <w:t>For the first time, she wondered if that could actually be true.</w:t>
      </w:r>
    </w:p>
    <w:p>
      <w:pPr/>
      <w:r>
        <w:rPr/>
        <w:t>Several mornings later, Edel reached across the table.</w:t>
      </w:r>
    </w:p>
    <w:p>
      <w:pPr/>
      <w:r>
        <w:rPr/>
        <w:t>"Eden?"</w:t>
      </w:r>
    </w:p>
    <w:p>
      <w:pPr/>
      <w:r>
        <w:rPr/>
        <w:t>"Yeah?"</w:t>
      </w:r>
    </w:p>
    <w:p>
      <w:pPr/>
      <w:r>
        <w:rPr/>
        <w:t>"Are you ready to stop running?"</w:t>
      </w:r>
    </w:p>
    <w:p>
      <w:pPr/>
      <w:r>
        <w:rPr/>
        <w:t>Eden looked at her hand.</w:t>
      </w:r>
    </w:p>
    <w:p>
      <w:pPr/>
      <w:r>
        <w:rPr/>
        <w:t>Then at the Bible.</w:t>
      </w:r>
    </w:p>
    <w:p>
      <w:pPr/>
      <w:r>
        <w:rPr/>
        <w:t>Her eyes filled with tears.</w:t>
      </w:r>
    </w:p>
    <w:p>
      <w:pPr/>
      <w:r>
        <w:rPr/>
        <w:t>"I don't know how."</w:t>
      </w:r>
    </w:p>
    <w:p>
      <w:pPr/>
      <w:r>
        <w:rPr/>
        <w:t>"You start by telling Him the truth."</w:t>
      </w:r>
    </w:p>
    <w:p>
      <w:pPr/>
      <w:r>
        <w:rPr/>
        <w:t>"He already knows."</w:t>
      </w:r>
    </w:p>
    <w:p>
      <w:pPr/>
      <w:r>
        <w:rPr/>
        <w:t>"Yes," Edel whispered. "He already knows."</w:t>
      </w:r>
    </w:p>
    <w:p>
      <w:pPr/>
      <w:r>
        <w:rPr/>
        <w:t>Eden took her hand.</w:t>
      </w:r>
    </w:p>
    <w:p>
      <w:pPr/>
      <w:r>
        <w:rPr/>
        <w:t>They bowed their heads together.</w:t>
      </w:r>
    </w:p>
    <w:p>
      <w:pPr/>
      <w:r>
        <w:rPr/>
        <w:t>Eden's voice trembled.</w:t>
      </w:r>
    </w:p>
    <w:p>
      <w:pPr/>
      <w:r>
        <w:rPr/>
        <w:t>"Jesus... I sinned."</w:t>
      </w:r>
    </w:p>
    <w:p>
      <w:pPr/>
      <w:r>
        <w:rPr/>
        <w:t>Her breath caught.</w:t>
      </w:r>
    </w:p>
    <w:p>
      <w:pPr/>
      <w:r>
        <w:rPr/>
        <w:t>"Please forgive me."</w:t>
      </w:r>
    </w:p>
    <w:p>
      <w:pPr/>
      <w:r>
        <w:rPr/>
        <w:t>Tears fell onto the wooden table.</w:t>
      </w:r>
    </w:p>
    <w:p>
      <w:pPr/>
      <w:r>
        <w:rPr/>
        <w:t>"I give my life to You."</w:t>
      </w:r>
    </w:p>
    <w:p>
      <w:pPr/>
      <w:r>
        <w:rPr/>
        <w:t>She paused.</w:t>
      </w:r>
    </w:p>
    <w:p>
      <w:pPr/>
      <w:r>
        <w:rPr/>
        <w:t>"And please... help me live again."</w:t>
      </w:r>
    </w:p>
    <w:p>
      <w:pPr/>
      <w:r>
        <w:rPr/>
        <w:t>When she opened her eyes, Edel was crying too.</w:t>
      </w:r>
    </w:p>
    <w:p>
      <w:pPr/>
      <w:r>
        <w:rPr/>
        <w:t>For several seconds, neither woman spoke.</w:t>
      </w:r>
    </w:p>
    <w:p>
      <w:pPr/>
      <w:r>
        <w:rPr/>
        <w:t>Then Edel squeezed her hand.</w:t>
      </w:r>
    </w:p>
    <w:p>
      <w:pPr/>
      <w:r>
        <w:rPr/>
        <w:t>"Welcome home."</w:t>
      </w:r>
    </w:p>
    <w:p>
      <w:pPr/>
      <w:r>
        <w:rPr/>
        <w:t>Eden covered her mouth.</w:t>
      </w:r>
    </w:p>
    <w:p>
      <w:pPr/>
      <w:r>
        <w:rPr/>
        <w:t>She began to cry again.</w:t>
      </w:r>
    </w:p>
    <w:p>
      <w:pPr/>
      <w:r>
        <w:rPr/>
        <w:t>But this time, something was different.</w:t>
      </w:r>
    </w:p>
    <w:p>
      <w:pPr/>
      <w:r>
        <w:rPr/>
        <w:t>She was no longer crying because she believed her life was over.</w:t>
      </w:r>
    </w:p>
    <w:p>
      <w:pPr/>
      <w:r>
        <w:rPr/>
        <w:t>She was crying because, for the first time in years, she believed it wasn't.</w:t>
      </w:r>
    </w:p>
    <w:p>
      <w:pPr/>
      <w:r>
        <w:rPr/>
      </w:r>
    </w:p>
    <w:p>
      <w:pPr/>
      <w:r>
        <w:rPr/>
      </w:r>
    </w:p>
    <w:p>
      <w:pPr>
        <w:pStyle w:val="Heading2"/>
      </w:pPr>
      <w:r>
        <w:rPr/>
        <w:t>CHAPTER THIRTEEN</w:t>
      </w:r>
    </w:p>
    <w:p>
      <w:pPr>
        <w:pStyle w:val="Heading1"/>
      </w:pPr>
      <w:r>
        <w:rPr/>
        <w:t>The Child She Never Held</w:t>
      </w:r>
    </w:p>
    <w:p>
      <w:pPr/>
      <w:r>
        <w:rPr/>
        <w:t>One morning, the conversation returned to the baby.</w:t>
      </w:r>
    </w:p>
    <w:p>
      <w:pPr/>
      <w:r>
        <w:rPr/>
        <w:t>Eden looked down at her coffee.</w:t>
      </w:r>
    </w:p>
    <w:p>
      <w:pPr/>
      <w:r>
        <w:rPr/>
        <w:t>"Do you think my baby knows?"</w:t>
      </w:r>
    </w:p>
    <w:p>
      <w:pPr/>
      <w:r>
        <w:rPr/>
        <w:t>Edel waited.</w:t>
      </w:r>
    </w:p>
    <w:p>
      <w:pPr/>
      <w:r>
        <w:rPr/>
        <w:t>"Knows what?"</w:t>
      </w:r>
    </w:p>
    <w:p>
      <w:pPr/>
      <w:r>
        <w:rPr/>
        <w:t>"That I'm sorry."</w:t>
      </w:r>
    </w:p>
    <w:p>
      <w:pPr/>
      <w:r>
        <w:rPr/>
        <w:t>The question hung between them.</w:t>
      </w:r>
    </w:p>
    <w:p>
      <w:pPr/>
      <w:r>
        <w:rPr/>
        <w:t>Edel reached across the table and touched her arm.</w:t>
      </w:r>
    </w:p>
    <w:p>
      <w:pPr/>
      <w:r>
        <w:rPr/>
        <w:t>"I believe your child is safe with Jesus."</w:t>
      </w:r>
    </w:p>
    <w:p>
      <w:pPr/>
      <w:r>
        <w:rPr/>
        <w:t>Eden closed her eyes.</w:t>
      </w:r>
    </w:p>
    <w:p>
      <w:pPr/>
      <w:r>
        <w:rPr/>
        <w:t>For a moment, she imagined a golden field.</w:t>
      </w:r>
    </w:p>
    <w:p>
      <w:pPr/>
      <w:r>
        <w:rPr/>
        <w:t>Tall grass moving gently in the breeze.</w:t>
      </w:r>
    </w:p>
    <w:p>
      <w:pPr/>
      <w:r>
        <w:rPr/>
        <w:t>Wildflowers.</w:t>
      </w:r>
    </w:p>
    <w:p>
      <w:pPr/>
      <w:r>
        <w:rPr/>
        <w:t>Sunlight.</w:t>
      </w:r>
    </w:p>
    <w:p>
      <w:pPr/>
      <w:r>
        <w:rPr/>
        <w:t>A small child with blonde curls running barefoot toward Jesus.</w:t>
      </w:r>
    </w:p>
    <w:p>
      <w:pPr/>
      <w:r>
        <w:rPr/>
        <w:t>She pictured Him kneeling with open arms.</w:t>
      </w:r>
    </w:p>
    <w:p>
      <w:pPr/>
      <w:r>
        <w:rPr/>
        <w:t>Then the child reaching Him.</w:t>
      </w:r>
    </w:p>
    <w:p>
      <w:pPr/>
      <w:r>
        <w:rPr/>
        <w:t>The embrace.</w:t>
      </w:r>
    </w:p>
    <w:p>
      <w:pPr/>
      <w:r>
        <w:rPr/>
        <w:t>The laughter.</w:t>
      </w:r>
    </w:p>
    <w:p>
      <w:pPr/>
      <w:r>
        <w:rPr/>
        <w:t>The safety.</w:t>
      </w:r>
    </w:p>
    <w:p>
      <w:pPr/>
      <w:r>
        <w:rPr/>
        <w:t>Eden's lips trembled.</w:t>
      </w:r>
    </w:p>
    <w:p>
      <w:pPr/>
      <w:r>
        <w:rPr/>
        <w:t>"My baby..."</w:t>
      </w:r>
    </w:p>
    <w:p>
      <w:pPr/>
      <w:r>
        <w:rPr/>
        <w:t>In her imagination, the child stood among loved ones, surrounded by welcoming faces.</w:t>
      </w:r>
    </w:p>
    <w:p>
      <w:pPr/>
      <w:r>
        <w:rPr/>
        <w:t>Nobody angry.</w:t>
      </w:r>
    </w:p>
    <w:p>
      <w:pPr/>
      <w:r>
        <w:rPr/>
        <w:t>Nobody pointing.</w:t>
      </w:r>
    </w:p>
    <w:p>
      <w:pPr/>
      <w:r>
        <w:rPr/>
        <w:t>Nobody condemning.</w:t>
      </w:r>
    </w:p>
    <w:p>
      <w:pPr/>
      <w:r>
        <w:rPr/>
        <w:t>Only love.</w:t>
      </w:r>
    </w:p>
    <w:p>
      <w:pPr/>
      <w:r>
        <w:rPr/>
        <w:t>When Eden opened her eyes, tears were streaming down her cheeks.</w:t>
      </w:r>
    </w:p>
    <w:p>
      <w:pPr/>
      <w:r>
        <w:rPr/>
        <w:t>"My baby is safe?"</w:t>
      </w:r>
    </w:p>
    <w:p>
      <w:pPr/>
      <w:r>
        <w:rPr/>
        <w:t>Edel nodded gently.</w:t>
      </w:r>
    </w:p>
    <w:p>
      <w:pPr/>
      <w:r>
        <w:rPr/>
        <w:t>"I trust that your baby is held by Jesus."</w:t>
      </w:r>
    </w:p>
    <w:p>
      <w:pPr/>
      <w:r>
        <w:rPr/>
        <w:t>Eden bowed her head.</w:t>
      </w:r>
    </w:p>
    <w:p>
      <w:pPr/>
      <w:r>
        <w:rPr/>
        <w:t>She cried for the child she never got to hold.</w:t>
      </w:r>
    </w:p>
    <w:p>
      <w:pPr/>
      <w:r>
        <w:rPr/>
        <w:t>For the years she had lost.</w:t>
      </w:r>
    </w:p>
    <w:p>
      <w:pPr/>
      <w:r>
        <w:rPr/>
        <w:t>For the young man who still didn't know.</w:t>
      </w:r>
    </w:p>
    <w:p>
      <w:pPr/>
      <w:r>
        <w:rPr/>
        <w:t>And for the mercy she was only beginning to understand.</w:t>
      </w:r>
    </w:p>
    <w:p>
      <w:pPr/>
      <w:r>
        <w:rPr/>
      </w:r>
    </w:p>
    <w:p>
      <w:pPr/>
      <w:r>
        <w:rPr/>
      </w:r>
    </w:p>
    <w:p>
      <w:pPr>
        <w:pStyle w:val="Heading2"/>
      </w:pPr>
      <w:r>
        <w:rPr/>
        <w:t>CHAPTER FOURTEEN</w:t>
      </w:r>
    </w:p>
    <w:p>
      <w:pPr>
        <w:pStyle w:val="Heading1"/>
      </w:pPr>
      <w:r>
        <w:rPr/>
        <w:t>The Path to the Cross</w:t>
      </w:r>
    </w:p>
    <w:p>
      <w:pPr/>
      <w:r>
        <w:rPr/>
        <w:t>A few days later, Edel invited Eden on a walk.</w:t>
      </w:r>
    </w:p>
    <w:p>
      <w:pPr/>
      <w:r>
        <w:rPr/>
        <w:t>They left the coffeehouse together.</w:t>
      </w:r>
    </w:p>
    <w:p>
      <w:pPr/>
      <w:r>
        <w:rPr/>
        <w:t>Edel wore a cream sweater and denim shorts.</w:t>
      </w:r>
    </w:p>
    <w:p>
      <w:pPr/>
      <w:r>
        <w:rPr/>
        <w:t>Eden wore a flowing cream skirt, a denim vest, and colorful floral sandals.</w:t>
      </w:r>
    </w:p>
    <w:p>
      <w:pPr/>
      <w:r>
        <w:rPr/>
        <w:t>They carried the Bible between them.</w:t>
      </w:r>
    </w:p>
    <w:p>
      <w:pPr/>
      <w:r>
        <w:rPr/>
        <w:t>Beyond the coffeehouse, a winding stone path followed the coast through tall grasses and wildflowers.</w:t>
      </w:r>
    </w:p>
    <w:p>
      <w:pPr/>
      <w:r>
        <w:rPr/>
        <w:t>The cross wasn't visible yet.</w:t>
      </w:r>
    </w:p>
    <w:p>
      <w:pPr/>
      <w:r>
        <w:rPr/>
        <w:t>They had nearly a mile to walk.</w:t>
      </w:r>
    </w:p>
    <w:p>
      <w:pPr/>
      <w:r>
        <w:rPr/>
        <w:t>For a while, they listened to the waves.</w:t>
      </w:r>
    </w:p>
    <w:p>
      <w:pPr/>
      <w:r>
        <w:rPr/>
        <w:t>Then Edel spoke.</w:t>
      </w:r>
    </w:p>
    <w:p>
      <w:pPr/>
      <w:r>
        <w:rPr/>
        <w:t>"The last time I walked this path, I expected Jesus to meet me with anger."</w:t>
      </w:r>
    </w:p>
    <w:p>
      <w:pPr/>
      <w:r>
        <w:rPr/>
        <w:t>Eden glanced at her.</w:t>
      </w:r>
    </w:p>
    <w:p>
      <w:pPr/>
      <w:r>
        <w:rPr/>
        <w:t>"Did He?"</w:t>
      </w:r>
    </w:p>
    <w:p>
      <w:pPr/>
      <w:r>
        <w:rPr/>
        <w:t>Edel smiled.</w:t>
      </w:r>
    </w:p>
    <w:p>
      <w:pPr/>
      <w:r>
        <w:rPr/>
        <w:t>"No. He met me with truth and mercy."</w:t>
      </w:r>
    </w:p>
    <w:p>
      <w:pPr/>
      <w:r>
        <w:rPr/>
        <w:t>They continued walking.</w:t>
      </w:r>
    </w:p>
    <w:p>
      <w:pPr/>
      <w:r>
        <w:rPr/>
        <w:t>"And today," Edel added, "I'm walking it with you."</w:t>
      </w:r>
    </w:p>
    <w:p>
      <w:pPr/>
      <w:r>
        <w:rPr/>
        <w:t>Eden slipped her arm through Edel's.</w:t>
      </w:r>
    </w:p>
    <w:p>
      <w:pPr/>
      <w:r>
        <w:rPr/>
        <w:t>They walked slowly, sharing stories between stretches of silence.</w:t>
      </w:r>
    </w:p>
    <w:p>
      <w:pPr/>
      <w:r>
        <w:rPr/>
        <w:t>As the path curved toward the ocean, a large wooden cross finally came into view.</w:t>
      </w:r>
    </w:p>
    <w:p>
      <w:pPr/>
      <w:r>
        <w:rPr/>
        <w:t>Sunlight streamed through breaks in the clouds.</w:t>
      </w:r>
    </w:p>
    <w:p>
      <w:pPr/>
      <w:r>
        <w:rPr/>
        <w:t>A faint rainbow arched across the distant horizon.</w:t>
      </w:r>
    </w:p>
    <w:p>
      <w:pPr/>
      <w:r>
        <w:rPr/>
        <w:t>Eden stopped.</w:t>
      </w:r>
    </w:p>
    <w:p>
      <w:pPr/>
      <w:r>
        <w:rPr/>
        <w:t>For a moment, she couldn't move.</w:t>
      </w:r>
    </w:p>
    <w:p>
      <w:pPr/>
      <w:r>
        <w:rPr/>
        <w:t>Edel squeezed her arm.</w:t>
      </w:r>
    </w:p>
    <w:p>
      <w:pPr/>
      <w:r>
        <w:rPr/>
        <w:t>"You don't have to be afraid."</w:t>
      </w:r>
    </w:p>
    <w:p>
      <w:pPr/>
      <w:r>
        <w:rPr/>
        <w:t>Eden looked toward the cross.</w:t>
      </w:r>
    </w:p>
    <w:p>
      <w:pPr/>
      <w:r>
        <w:rPr/>
        <w:t>Then continued forward.</w:t>
      </w:r>
    </w:p>
    <w:p>
      <w:pPr/>
      <w:r>
        <w:rPr/>
        <w:t>At the foot of the cross, Eden knelt.</w:t>
      </w:r>
    </w:p>
    <w:p>
      <w:pPr/>
      <w:r>
        <w:rPr/>
        <w:t>She placed the open Bible on a flat stone.</w:t>
      </w:r>
    </w:p>
    <w:p>
      <w:pPr/>
      <w:r>
        <w:rPr/>
        <w:t>Edel knelt beside her and wrapped an arm around her shoulders.</w:t>
      </w:r>
    </w:p>
    <w:p>
      <w:pPr/>
      <w:r>
        <w:rPr/>
        <w:t>Eden looked upward.</w:t>
      </w:r>
    </w:p>
    <w:p>
      <w:pPr/>
      <w:r>
        <w:rPr/>
        <w:t>Her tears returned.</w:t>
      </w:r>
    </w:p>
    <w:p>
      <w:pPr/>
      <w:r>
        <w:rPr/>
        <w:t>"Jesus," she whispered, "I cannot undo what I have done."</w:t>
      </w:r>
    </w:p>
    <w:p>
      <w:pPr/>
      <w:r>
        <w:rPr/>
        <w:t>The ocean wind stirred her curls.</w:t>
      </w:r>
    </w:p>
    <w:p>
      <w:pPr/>
      <w:r>
        <w:rPr/>
        <w:t>"I can't give my baby the life I took away."</w:t>
      </w:r>
    </w:p>
    <w:p>
      <w:pPr/>
      <w:r>
        <w:rPr/>
        <w:t>Her voice broke.</w:t>
      </w:r>
    </w:p>
    <w:p>
      <w:pPr/>
      <w:r>
        <w:rPr/>
        <w:t>"I can't give him back the chance to be a father."</w:t>
      </w:r>
    </w:p>
    <w:p>
      <w:pPr/>
      <w:r>
        <w:rPr/>
        <w:t>She lowered her head.</w:t>
      </w:r>
    </w:p>
    <w:p>
      <w:pPr/>
      <w:r>
        <w:rPr/>
        <w:t>"But I can give You what remains of my life."</w:t>
      </w:r>
    </w:p>
    <w:p>
      <w:pPr/>
      <w:r>
        <w:rPr/>
        <w:t>Edel held her close.</w:t>
      </w:r>
    </w:p>
    <w:p>
      <w:pPr/>
      <w:r>
        <w:rPr/>
        <w:t>Eden continued.</w:t>
      </w:r>
    </w:p>
    <w:p>
      <w:pPr/>
      <w:r>
        <w:rPr/>
        <w:t>"Please teach me how to live for You."</w:t>
      </w:r>
    </w:p>
    <w:p>
      <w:pPr/>
      <w:r>
        <w:rPr/>
        <w:t>She paused.</w:t>
      </w:r>
    </w:p>
    <w:p>
      <w:pPr/>
      <w:r>
        <w:rPr/>
        <w:t>"Not because I can earn Your forgiveness."</w:t>
      </w:r>
    </w:p>
    <w:p>
      <w:pPr/>
      <w:r>
        <w:rPr/>
        <w:t>Another tear slipped down her cheek.</w:t>
      </w:r>
    </w:p>
    <w:p>
      <w:pPr/>
      <w:r>
        <w:rPr/>
        <w:t>"But because You already paid the price."</w:t>
      </w:r>
    </w:p>
    <w:p>
      <w:pPr/>
      <w:r>
        <w:rPr/>
        <w:t>The wind moved through the flowers.</w:t>
      </w:r>
    </w:p>
    <w:p>
      <w:pPr/>
      <w:r>
        <w:rPr/>
        <w:t>Eden remained on her knees.</w:t>
      </w:r>
    </w:p>
    <w:p>
      <w:pPr/>
      <w:r>
        <w:rPr/>
        <w:t>For once, she didn't try to run.</w:t>
      </w:r>
    </w:p>
    <w:p>
      <w:pPr/>
      <w:r>
        <w:rPr/>
      </w:r>
    </w:p>
    <w:p>
      <w:pPr/>
      <w:r>
        <w:rPr/>
      </w:r>
    </w:p>
    <w:p>
      <w:pPr>
        <w:pStyle w:val="Heading2"/>
      </w:pPr>
      <w:r>
        <w:rPr/>
        <w:t>CHAPTER FIFTEEN</w:t>
      </w:r>
    </w:p>
    <w:p>
      <w:pPr>
        <w:pStyle w:val="Heading1"/>
      </w:pPr>
      <w:r>
        <w:rPr/>
        <w:t>The Letter</w:t>
      </w:r>
    </w:p>
    <w:p>
      <w:pPr/>
      <w:r>
        <w:rPr/>
        <w:t>That evening, Eden sat at a small table inside the coffeehouse.</w:t>
      </w:r>
    </w:p>
    <w:p>
      <w:pPr/>
      <w:r>
        <w:rPr/>
        <w:t>The Bible rested beside her.</w:t>
      </w:r>
    </w:p>
    <w:p>
      <w:pPr/>
      <w:r>
        <w:rPr/>
        <w:t>A blank envelope lay near her hand.</w:t>
      </w:r>
    </w:p>
    <w:p>
      <w:pPr/>
      <w:r>
        <w:rPr/>
        <w:t>She looked at her phone.</w:t>
      </w:r>
    </w:p>
    <w:p>
      <w:pPr/>
      <w:r>
        <w:rPr/>
        <w:t>Jasher's photograph filled the screen.</w:t>
      </w:r>
    </w:p>
    <w:p>
      <w:pPr/>
      <w:r>
        <w:rPr/>
        <w:t>He was older now.</w:t>
      </w:r>
    </w:p>
    <w:p>
      <w:pPr/>
      <w:r>
        <w:rPr/>
        <w:t>A Marine.</w:t>
      </w:r>
    </w:p>
    <w:p>
      <w:pPr/>
      <w:r>
        <w:rPr/>
        <w:t>Still recognizable as the boy who had danced with her beneath the prom lights.</w:t>
      </w:r>
    </w:p>
    <w:p>
      <w:pPr/>
      <w:r>
        <w:rPr/>
        <w:t>Eden picked up her pen.</w:t>
      </w:r>
    </w:p>
    <w:p>
      <w:pPr/>
      <w:r>
        <w:rPr/>
        <w:t>This time, she didn't tear the paper.</w:t>
      </w:r>
    </w:p>
    <w:p>
      <w:pPr/>
      <w:r>
        <w:rPr/>
        <w:t>She wrote.</w:t>
      </w:r>
    </w:p>
    <w:p>
      <w:pPr/>
      <w:r>
        <w:rPr/>
        <w:t>I have started this letter so many times, but every version was filled with excuses.</w:t>
      </w:r>
    </w:p>
    <w:p>
      <w:pPr/>
      <w:r>
        <w:rPr/>
        <w:t>Her hand trembled.</w:t>
      </w:r>
    </w:p>
    <w:p>
      <w:pPr/>
      <w:r>
        <w:rPr/>
        <w:t>She continued.</w:t>
      </w:r>
    </w:p>
    <w:p>
      <w:pPr/>
      <w:r>
        <w:rPr/>
        <w:t>After you left, I found out that I was pregnant.</w:t>
      </w:r>
    </w:p>
    <w:p>
      <w:pPr/>
      <w:r>
        <w:rPr/>
        <w:t>She stopped.</w:t>
      </w:r>
    </w:p>
    <w:p>
      <w:pPr/>
      <w:r>
        <w:rPr/>
        <w:t>Closed her eyes.</w:t>
      </w:r>
    </w:p>
    <w:p>
      <w:pPr/>
      <w:r>
        <w:rPr/>
        <w:t>Then forced herself to keep going.</w:t>
      </w:r>
    </w:p>
    <w:p>
      <w:pPr/>
      <w:r>
        <w:rPr/>
        <w:t>It was our child.</w:t>
      </w:r>
    </w:p>
    <w:p>
      <w:pPr/>
      <w:r>
        <w:rPr/>
        <w:t>I was scared. I was alone, and I convinced myself that I had to make the decision by myself.</w:t>
      </w:r>
    </w:p>
    <w:p>
      <w:pPr/>
      <w:r>
        <w:rPr/>
        <w:t>I never gave you the chance to know.</w:t>
      </w:r>
    </w:p>
    <w:p>
      <w:pPr/>
      <w:r>
        <w:rPr/>
        <w:t>I ended the pregnancy.</w:t>
      </w:r>
    </w:p>
    <w:p>
      <w:pPr/>
      <w:r>
        <w:rPr/>
        <w:t>A tear landed on the page.</w:t>
      </w:r>
    </w:p>
    <w:p>
      <w:pPr/>
      <w:r>
        <w:rPr/>
        <w:t>She wiped it gently away.</w:t>
      </w:r>
    </w:p>
    <w:p>
      <w:pPr/>
      <w:r>
        <w:rPr/>
        <w:t>I am so sorry.</w:t>
      </w:r>
    </w:p>
    <w:p>
      <w:pPr/>
      <w:r>
        <w:rPr/>
        <w:t>For the first time, she didn't write to protect herself.</w:t>
      </w:r>
    </w:p>
    <w:p>
      <w:pPr/>
      <w:r>
        <w:rPr/>
        <w:t>Back in Wilmington, Eden sealed the envelope.</w:t>
      </w:r>
    </w:p>
    <w:p>
      <w:pPr/>
      <w:r>
        <w:rPr/>
        <w:t>She rested one hand on it.</w:t>
      </w:r>
    </w:p>
    <w:p>
      <w:pPr/>
      <w:r>
        <w:rPr/>
        <w:t>She knew the truth might cost her the relationship she had treasured since high school.</w:t>
      </w:r>
    </w:p>
    <w:p>
      <w:pPr/>
      <w:r>
        <w:rPr/>
        <w:t>She knew forgiveness from Jesus did not guarantee forgiveness from the young man she had hurt.</w:t>
      </w:r>
    </w:p>
    <w:p>
      <w:pPr/>
      <w:r>
        <w:rPr/>
        <w:t>And she knew the consequences of her decision could not simply be washed away.</w:t>
      </w:r>
    </w:p>
    <w:p>
      <w:pPr/>
      <w:r>
        <w:rPr/>
        <w:t>But she had stopped hiding.</w:t>
      </w:r>
    </w:p>
    <w:p>
      <w:pPr/>
      <w:r>
        <w:rPr/>
        <w:t>Outside, the last light of evening shimmered across the water.</w:t>
      </w:r>
    </w:p>
    <w:p>
      <w:pPr/>
      <w:r>
        <w:rPr/>
        <w:t>Eden stood and walked toward the window.</w:t>
      </w:r>
    </w:p>
    <w:p>
      <w:pPr/>
      <w:r>
        <w:rPr/>
        <w:t>For years, she had believed her worst decision was the only thing that mattered about her.</w:t>
      </w:r>
    </w:p>
    <w:p>
      <w:pPr/>
      <w:r>
        <w:rPr/>
        <w:t>Now she was beginning to understand something else.</w:t>
      </w:r>
    </w:p>
    <w:p>
      <w:pPr/>
      <w:r>
        <w:rPr/>
        <w:t>Her story wasn't over.</w:t>
      </w:r>
    </w:p>
    <w:p>
      <w:pPr/>
      <w:r>
        <w:rPr/>
        <w:t>She still had a future.</w:t>
      </w:r>
    </w:p>
    <w:p>
      <w:pPr/>
      <w:r>
        <w:rPr/>
        <w:t>And the God she had spent years running from had never stopped calling her home.</w:t>
      </w:r>
    </w:p>
    <w:p>
      <w:pPr/>
      <w:r>
        <w:rPr/>
        <w:t>Eden closed her eyes.</w:t>
      </w:r>
    </w:p>
    <w:p>
      <w:pPr/>
      <w:r>
        <w:rPr/>
        <w:t>"Thank You, Jesus."</w:t>
      </w:r>
    </w:p>
    <w:p>
      <w:pPr/>
      <w:r>
        <w:rPr/>
        <w:t>She smiled through her tears.</w:t>
      </w:r>
    </w:p>
    <w:p>
      <w:pPr/>
      <w:r>
        <w:rPr/>
        <w:t>"I'm still Your daughter."</w:t>
      </w:r>
    </w:p>
    <w:p>
      <w:pPr/>
      <w:r>
        <w:rPr/>
        <w:t>She mailed the letter. Days passed without an answer. Far from Wilmington, it finally reached Jasher.</w:t>
      </w:r>
    </w:p>
    <w:p>
      <w:pPr/>
      <w:r>
        <w:rPr/>
        <w:t>She wrote because he deserved the truth.</w:t>
      </w:r>
    </w:p>
    <w:p>
      <w:pPr/>
      <w:r>
        <w:rPr/>
        <w:t>Thousands of miles away, inside a secure military encampment, a young Marine sat on the edge of a field cot.</w:t>
      </w:r>
    </w:p>
    <w:p>
      <w:pPr/>
      <w:r>
        <w:rPr/>
        <w:t>Dust settled against the canvas walls.</w:t>
      </w:r>
    </w:p>
    <w:p>
      <w:pPr/>
      <w:r>
        <w:rPr/>
        <w:t>His helmet rested beside him.</w:t>
      </w:r>
    </w:p>
    <w:p>
      <w:pPr/>
      <w:r>
        <w:rPr/>
        <w:t>The letter trembled in his hands.</w:t>
      </w:r>
    </w:p>
    <w:p>
      <w:pPr/>
      <w:r>
        <w:rPr/>
        <w:t>He read the words once.</w:t>
      </w:r>
    </w:p>
    <w:p>
      <w:pPr/>
      <w:r>
        <w:rPr/>
        <w:t>Then again.</w:t>
      </w:r>
    </w:p>
    <w:p>
      <w:pPr/>
      <w:r>
        <w:rPr/>
        <w:t>His jaw tightened.</w:t>
      </w:r>
    </w:p>
    <w:p>
      <w:pPr/>
      <w:r>
        <w:rPr/>
        <w:t>His eyes filled.</w:t>
      </w:r>
    </w:p>
    <w:p>
      <w:pPr/>
      <w:r>
        <w:rPr/>
        <w:t>It was our child.</w:t>
      </w:r>
    </w:p>
    <w:p>
      <w:pPr/>
      <w:r>
        <w:rPr/>
        <w:t>He lowered the paper.</w:t>
      </w:r>
    </w:p>
    <w:p>
      <w:pPr/>
      <w:r>
        <w:rPr/>
        <w:t>For a moment, he couldn't breathe.</w:t>
      </w:r>
    </w:p>
    <w:p>
      <w:pPr/>
      <w:r>
        <w:rPr/>
        <w:t>The sounds of other Marines moving around the base became distant.</w:t>
      </w:r>
    </w:p>
    <w:p>
      <w:pPr/>
      <w:r>
        <w:rPr/>
        <w:t>All he could see was a seventeen-year-old girl in a pale-blue prom dress.</w:t>
      </w:r>
    </w:p>
    <w:p>
      <w:pPr/>
      <w:r>
        <w:rPr/>
        <w:t>The girl who had laughed beneath the lights.</w:t>
      </w:r>
    </w:p>
    <w:p>
      <w:pPr/>
      <w:r>
        <w:rPr/>
        <w:t>The girl he had promised to write.</w:t>
      </w:r>
    </w:p>
    <w:p>
      <w:pPr/>
      <w:r>
        <w:rPr/>
        <w:t>The girl he still loved.</w:t>
      </w:r>
    </w:p>
    <w:p>
      <w:pPr/>
      <w:r>
        <w:rPr/>
        <w:t>He looked down at the letter.</w:t>
      </w:r>
    </w:p>
    <w:p>
      <w:pPr/>
      <w:r>
        <w:rPr/>
        <w:t>A tear fell onto the page.</w:t>
      </w:r>
    </w:p>
    <w:p>
      <w:pPr/>
      <w:r>
        <w:rPr/>
        <w:t>He didn't know what to say.</w:t>
      </w:r>
    </w:p>
    <w:p>
      <w:pPr/>
      <w:r>
        <w:rPr/>
        <w:t>Didn't know whether he could forgive her.</w:t>
      </w:r>
    </w:p>
    <w:p>
      <w:pPr/>
      <w:r>
        <w:rPr/>
        <w:t>Didn't even know how to begin grieving a child he had never known existed.</w:t>
      </w:r>
    </w:p>
    <w:p>
      <w:pPr/>
      <w:r>
        <w:rPr/>
        <w:t>He folded forward, elbows against his knees.</w:t>
      </w:r>
    </w:p>
    <w:p>
      <w:pPr/>
      <w:r>
        <w:rPr/>
        <w:t>And cried.</w:t>
      </w:r>
    </w:p>
    <w:p>
      <w:pPr/>
      <w:r>
        <w:rPr/>
      </w:r>
    </w:p>
    <w:p>
      <w:pPr/>
      <w:r>
        <w:rPr/>
      </w:r>
    </w:p>
    <w:p>
      <w:pPr>
        <w:spacing w:before="260" w:after="240"/>
      </w:pPr>
      <w:r>
        <w:t>Years passed differently for the people whose lives were beginning to intersect. Some carried their grief in letters, others in silence. For Photina and Caleb, one evening far from Wilmington would show how far they had come, without pretending that either was finished healing.</w:t>
      </w:r>
    </w:p>
    <w:p>
      <w:pPr>
        <w:pStyle w:val="Heading2"/>
      </w:pPr>
      <w:r>
        <w:rPr/>
        <w:t>CHAPTER SIXTEEN</w:t>
      </w:r>
    </w:p>
    <w:p>
      <w:pPr>
        <w:pStyle w:val="Heading1"/>
      </w:pPr>
      <w:r>
        <w:rPr/>
        <w:t>The Girl Nobody Expected</w:t>
      </w:r>
    </w:p>
    <w:p>
      <w:pPr/>
      <w:r>
        <w:rPr/>
        <w:t>Some time after their lives had begun to settle, Photina and Caleb traveled west for an open-mic evening at a coastal skatepark. It was a short trip, but the ocean on the other side of the country gave Photina a familiar place to think.</w:t>
      </w:r>
    </w:p>
    <w:p>
      <w:pPr/>
      <w:r>
        <w:rPr/>
        <w:t>The ocean had a way of making Photina feel small.</w:t>
      </w:r>
    </w:p>
    <w:p>
      <w:pPr/>
      <w:r>
        <w:rPr/>
        <w:t>Not worthless.</w:t>
      </w:r>
    </w:p>
    <w:p>
      <w:pPr/>
      <w:r>
        <w:rPr/>
        <w:t>Not insignificant.</w:t>
      </w:r>
    </w:p>
    <w:p>
      <w:pPr/>
      <w:r>
        <w:rPr/>
        <w:t>Just small enough to remember that the world was bigger than whatever happened to be bothering her that day.</w:t>
      </w:r>
    </w:p>
    <w:p>
      <w:pPr/>
      <w:r>
        <w:rPr/>
        <w:t>The sun was beginning its slow descent over the Pacific, turning the sky into streaks of orange, pink, and violet.</w:t>
      </w:r>
    </w:p>
    <w:p>
      <w:pPr/>
      <w:r>
        <w:rPr/>
        <w:t>Palm trees swayed above the boardwalk.</w:t>
      </w:r>
    </w:p>
    <w:p>
      <w:pPr/>
      <w:r>
        <w:rPr/>
        <w:t>Skateboard wheels rattled against concrete.</w:t>
      </w:r>
    </w:p>
    <w:p>
      <w:pPr/>
      <w:r>
        <w:rPr/>
        <w:t>Gulls circled overhead.</w:t>
      </w:r>
    </w:p>
    <w:p>
      <w:pPr/>
      <w:r>
        <w:rPr/>
        <w:t>And somewhere down the beach, a teenager was attempting to convince his friends that he could land a trick he had already failed six times.</w:t>
      </w:r>
    </w:p>
    <w:p>
      <w:pPr/>
      <w:r>
        <w:rPr/>
        <w:t>Photina watched him tumble off his board again.</w:t>
      </w:r>
    </w:p>
    <w:p>
      <w:pPr/>
      <w:r>
        <w:rPr/>
        <w:t>She winced.</w:t>
      </w:r>
    </w:p>
    <w:p>
      <w:pPr/>
      <w:r>
        <w:rPr/>
        <w:t>"That's gonna leave a mark."</w:t>
      </w:r>
    </w:p>
    <w:p>
      <w:pPr/>
      <w:r>
        <w:rPr/>
        <w:t>The boy sprang to his feet, threw both arms into the air, and shouted, "I'm good!"</w:t>
      </w:r>
    </w:p>
    <w:p>
      <w:pPr/>
      <w:r>
        <w:rPr/>
        <w:t>Photina laughed.</w:t>
      </w:r>
    </w:p>
    <w:p>
      <w:pPr/>
      <w:r>
        <w:rPr/>
        <w:t>"Of course you are."</w:t>
      </w:r>
    </w:p>
    <w:p>
      <w:pPr/>
      <w:r>
        <w:rPr/>
        <w:t>She adjusted the strap of her guitar case and continued toward the skatepark.</w:t>
      </w:r>
    </w:p>
    <w:p>
      <w:pPr/>
      <w:r>
        <w:rPr/>
        <w:t>Her vivid red curls bounced against her shoulders.</w:t>
      </w:r>
    </w:p>
    <w:p>
      <w:pPr/>
      <w:r>
        <w:rPr/>
        <w:t>She wore a pink-and-blue checkered top, a bright pink skirt, fishnet tights, and black sneakers.</w:t>
      </w:r>
    </w:p>
    <w:p>
      <w:pPr/>
      <w:r>
        <w:rPr/>
        <w:t>A silver cross rested against her chest, just beneath her black choker.</w:t>
      </w:r>
    </w:p>
    <w:p>
      <w:pPr/>
      <w:r>
        <w:rPr/>
        <w:t>It wasn't exactly the kind of outfit someone might expect from a woman who spent her mornings reading Scripture.</w:t>
      </w:r>
    </w:p>
    <w:p>
      <w:pPr/>
      <w:r>
        <w:rPr/>
        <w:t>Then again, Photina had never been particularly interested in meeting people's expectations.</w:t>
      </w:r>
    </w:p>
    <w:p>
      <w:pPr/>
      <w:r>
        <w:rPr/>
        <w:t>She had spent enough of her life trying to become someone other people would approve of.</w:t>
      </w:r>
    </w:p>
    <w:p>
      <w:pPr/>
      <w:r>
        <w:rPr/>
        <w:t>Tonight, she was simply herself.</w:t>
      </w:r>
    </w:p>
    <w:p>
      <w:pPr/>
      <w:r>
        <w:rPr/>
        <w:t>And that was becoming enough.</w:t>
      </w:r>
    </w:p>
    <w:p>
      <w:pPr/>
      <w:r>
        <w:rPr/>
        <w:t>The skatepark was alive.</w:t>
      </w:r>
    </w:p>
    <w:p>
      <w:pPr/>
      <w:r>
        <w:rPr/>
        <w:t>Someone had strung warm Edison bulbs between the palm trees.</w:t>
      </w:r>
    </w:p>
    <w:p>
      <w:pPr/>
      <w:r>
        <w:rPr/>
        <w:t>A wooden coffee stand occupied one corner of the boardwalk, its illuminated sign promising good vibes and fresh espresso.</w:t>
      </w:r>
    </w:p>
    <w:p>
      <w:pPr/>
      <w:r>
        <w:rPr/>
        <w:t>Nearby, food trucks advertised tacos, pizza, and enough fried food to make a cardiologist nervous.</w:t>
      </w:r>
    </w:p>
    <w:p>
      <w:pPr/>
      <w:r>
        <w:rPr/>
        <w:t>Picnic tables were crowded with teenagers and college students.</w:t>
      </w:r>
    </w:p>
    <w:p>
      <w:pPr/>
      <w:r>
        <w:rPr/>
        <w:t>A few skaters practiced along the concrete bowls while others sat on the edges, eating pizza and watching the sunset.</w:t>
      </w:r>
    </w:p>
    <w:p>
      <w:pPr/>
      <w:r>
        <w:rPr/>
        <w:t>At the center of it all stood a small wooden stage.</w:t>
      </w:r>
    </w:p>
    <w:p>
      <w:pPr/>
      <w:r>
        <w:rPr/>
        <w:t>A chalkboard leaned against the steps.</w:t>
      </w:r>
    </w:p>
    <w:p>
      <w:pPr/>
      <w:r>
        <w:rPr/>
        <w:t>OPEN MIC NIGHT</w:t>
      </w:r>
    </w:p>
    <w:p>
      <w:pPr/>
      <w:r>
        <w:rPr/>
        <w:t>Share Your Light.</w:t>
      </w:r>
    </w:p>
    <w:p>
      <w:pPr/>
      <w:r>
        <w:rPr/>
        <w:t>Photina smiled.</w:t>
      </w:r>
    </w:p>
    <w:p>
      <w:pPr/>
      <w:r>
        <w:rPr/>
        <w:t>She liked that.</w:t>
      </w:r>
    </w:p>
    <w:p>
      <w:pPr/>
      <w:r>
        <w:rPr/>
        <w:t>She liked it even more when she noticed a handwritten message beneath the sign.</w:t>
      </w:r>
    </w:p>
    <w:p>
      <w:pPr/>
      <w:r>
        <w:rPr/>
        <w:t>Everybody has a story worth hearing.</w:t>
      </w:r>
    </w:p>
    <w:p>
      <w:pPr/>
      <w:r>
        <w:rPr/>
        <w:t>"Well," she murmured, "somebody's getting dangerously close to preaching."</w:t>
      </w:r>
    </w:p>
    <w:p>
      <w:pPr/>
      <w:r>
        <w:rPr/>
        <w:t>"Talking to yourself again?"</w:t>
      </w:r>
    </w:p>
    <w:p>
      <w:pPr/>
      <w:r>
        <w:rPr/>
        <w:t>Photina turned.</w:t>
      </w:r>
    </w:p>
    <w:p>
      <w:pPr/>
      <w:r>
        <w:rPr/>
        <w:t>Caleb stood behind her, carrying his acoustic guitar.</w:t>
      </w:r>
    </w:p>
    <w:p>
      <w:pPr/>
      <w:r>
        <w:rPr/>
        <w:t>His dark curls were tousled by the ocean breeze.</w:t>
      </w:r>
    </w:p>
    <w:p>
      <w:pPr/>
      <w:r>
        <w:rPr/>
        <w:t>He wore a black Salt Crew T-shirt, black shorts patterned with orange tropical flowers, and the relaxed expression of a man who had finally learned that not every moment required him to be on guard.</w:t>
      </w:r>
    </w:p>
    <w:p>
      <w:pPr/>
      <w:r>
        <w:rPr/>
        <w:t>Photina raised an eyebrow.</w:t>
      </w:r>
    </w:p>
    <w:p>
      <w:pPr/>
      <w:r>
        <w:rPr/>
        <w:t>"Actually, I was having a fascinating conversation until you interrupted."</w:t>
      </w:r>
    </w:p>
    <w:p>
      <w:pPr/>
      <w:r>
        <w:rPr/>
        <w:t>"With who?"</w:t>
      </w:r>
    </w:p>
    <w:p>
      <w:pPr/>
      <w:r>
        <w:rPr/>
        <w:t>"Someone intelligent."</w:t>
      </w:r>
    </w:p>
    <w:p>
      <w:pPr/>
      <w:r>
        <w:rPr/>
        <w:t>Caleb looked around.</w:t>
      </w:r>
    </w:p>
    <w:p>
      <w:pPr/>
      <w:r>
        <w:rPr/>
        <w:t>"Must've left."</w:t>
      </w:r>
    </w:p>
    <w:p>
      <w:pPr/>
      <w:r>
        <w:rPr/>
        <w:t>She smacked his arm.</w:t>
      </w:r>
    </w:p>
    <w:p>
      <w:pPr/>
      <w:r>
        <w:rPr/>
        <w:t>He laughed.</w:t>
      </w:r>
    </w:p>
    <w:p>
      <w:pPr/>
      <w:r>
        <w:rPr/>
        <w:t>For a moment, she simply watched him.</w:t>
      </w:r>
    </w:p>
    <w:p>
      <w:pPr/>
      <w:r>
        <w:rPr/>
        <w:t>There had been a time when laughter seemed almost foreign to Caleb.</w:t>
      </w:r>
    </w:p>
    <w:p>
      <w:pPr/>
      <w:r>
        <w:rPr/>
        <w:t>She remembered the exhaustion in his eyes when they first found their way back into each other's lives. The invisible weight of things he had witnessed overseas. The guilt he carried for surviving when others hadn't.</w:t>
      </w:r>
    </w:p>
    <w:p>
      <w:pPr/>
      <w:r>
        <w:rPr/>
        <w:t>She knew that darkness had not vanished simply because he had accepted Christ.</w:t>
      </w:r>
    </w:p>
    <w:p>
      <w:pPr/>
      <w:r>
        <w:rPr/>
        <w:t>Healing was not always instantaneous.</w:t>
      </w:r>
    </w:p>
    <w:p>
      <w:pPr/>
      <w:r>
        <w:rPr/>
        <w:t>Sometimes it arrived quietly, one ordinary evening at a time.</w:t>
      </w:r>
    </w:p>
    <w:p>
      <w:pPr/>
      <w:r>
        <w:rPr/>
        <w:t>Sometimes it looked like a former Marine standing beside a girl with bright red curls, teasing her about talking to herself.</w:t>
      </w:r>
    </w:p>
    <w:p>
      <w:pPr/>
      <w:r>
        <w:rPr/>
        <w:t>"Ready?" he asked.</w:t>
      </w:r>
    </w:p>
    <w:p>
      <w:pPr/>
      <w:r>
        <w:rPr/>
        <w:t>Photina looked toward the stage.</w:t>
      </w:r>
    </w:p>
    <w:p>
      <w:pPr/>
      <w:r>
        <w:rPr/>
        <w:t>"Born ready."</w:t>
      </w:r>
    </w:p>
    <w:p>
      <w:pPr/>
      <w:r>
        <w:rPr/>
        <w:t>"That's what you said last time."</w:t>
      </w:r>
    </w:p>
    <w:p>
      <w:pPr/>
      <w:r>
        <w:rPr/>
        <w:t>"And?"</w:t>
      </w:r>
    </w:p>
    <w:p>
      <w:pPr/>
      <w:r>
        <w:rPr/>
        <w:t>"You forgot the second verse."</w:t>
      </w:r>
    </w:p>
    <w:p>
      <w:pPr/>
      <w:r>
        <w:rPr/>
        <w:t>"I improvised."</w:t>
      </w:r>
    </w:p>
    <w:p>
      <w:pPr/>
      <w:r>
        <w:rPr/>
        <w:t>"You sang about a coffee cup."</w:t>
      </w:r>
    </w:p>
    <w:p>
      <w:pPr/>
      <w:r>
        <w:rPr/>
        <w:t>"It was a very spiritual coffee cup."</w:t>
      </w:r>
    </w:p>
    <w:p>
      <w:pPr/>
      <w:r>
        <w:rPr/>
        <w:t>Caleb shook his head.</w:t>
      </w:r>
    </w:p>
    <w:p>
      <w:pPr/>
      <w:r>
        <w:rPr/>
        <w:t>"Lord, help me."</w:t>
      </w:r>
    </w:p>
    <w:p>
      <w:pPr/>
      <w:r>
        <w:rPr/>
        <w:t>Photina grinned.</w:t>
      </w:r>
    </w:p>
    <w:p>
      <w:pPr/>
      <w:r>
        <w:rPr/>
        <w:t>"He's working on it.</w:t>
      </w:r>
    </w:p>
    <w:p>
      <w:pPr/>
      <w:r>
        <w:rPr/>
      </w:r>
    </w:p>
    <w:p>
      <w:pPr/>
      <w:r>
        <w:rPr/>
      </w:r>
    </w:p>
    <w:p>
      <w:pPr>
        <w:pStyle w:val="Heading2"/>
      </w:pPr>
      <w:r>
        <w:rPr/>
        <w:t>CHAPTER SEVENTEEN</w:t>
      </w:r>
    </w:p>
    <w:p>
      <w:pPr>
        <w:pStyle w:val="Heading1"/>
      </w:pPr>
      <w:r>
        <w:rPr/>
        <w:t>Three Chords and a Crowd</w:t>
      </w:r>
    </w:p>
    <w:p>
      <w:pPr/>
      <w:r>
        <w:rPr/>
        <w:t>The young woman hosting open mic night introduced them without much ceremony.</w:t>
      </w:r>
    </w:p>
    <w:p>
      <w:pPr/>
      <w:r>
        <w:rPr/>
        <w:t>"All right, everybody! We've got two more musicians coming up. Give it up for Photina and Caleb!"</w:t>
      </w:r>
    </w:p>
    <w:p>
      <w:pPr/>
      <w:r>
        <w:rPr/>
        <w:t>A handful of people applauded.</w:t>
      </w:r>
    </w:p>
    <w:p>
      <w:pPr/>
      <w:r>
        <w:rPr/>
        <w:t>Most continued eating.</w:t>
      </w:r>
    </w:p>
    <w:p>
      <w:pPr/>
      <w:r>
        <w:rPr/>
        <w:t>Someone shouted, "Play something good!"</w:t>
      </w:r>
    </w:p>
    <w:p>
      <w:pPr/>
      <w:r>
        <w:rPr/>
        <w:t>Photina stepped up to the microphone.</w:t>
      </w:r>
    </w:p>
    <w:p>
      <w:pPr/>
      <w:r>
        <w:rPr/>
        <w:t>"No promises!"</w:t>
      </w:r>
    </w:p>
    <w:p>
      <w:pPr/>
      <w:r>
        <w:rPr/>
        <w:t>That earned a few laughs.</w:t>
      </w:r>
    </w:p>
    <w:p>
      <w:pPr/>
      <w:r>
        <w:rPr/>
        <w:t>Caleb settled onto a stool beside her, resting his acoustic guitar against his knee.</w:t>
      </w:r>
    </w:p>
    <w:p>
      <w:pPr/>
      <w:r>
        <w:rPr/>
        <w:t>Photina adjusted her microphone.</w:t>
      </w:r>
    </w:p>
    <w:p>
      <w:pPr/>
      <w:r>
        <w:rPr/>
        <w:t>"Okay, so before we start, I need to ask everybody something."</w:t>
      </w:r>
    </w:p>
    <w:p>
      <w:pPr/>
      <w:r>
        <w:rPr/>
        <w:t>A teenager near the front called out, "Are you famous?"</w:t>
      </w:r>
    </w:p>
    <w:p>
      <w:pPr/>
      <w:r>
        <w:rPr/>
        <w:t>"Nope."</w:t>
      </w:r>
    </w:p>
    <w:p>
      <w:pPr/>
      <w:r>
        <w:rPr/>
        <w:t>"Then why are you up there?"</w:t>
      </w:r>
    </w:p>
    <w:p>
      <w:pPr/>
      <w:r>
        <w:rPr/>
        <w:t>"Excellent question. My therapist would probably love to know the answer."</w:t>
      </w:r>
    </w:p>
    <w:p>
      <w:pPr/>
      <w:r>
        <w:rPr/>
        <w:t>The crowd laughed.</w:t>
      </w:r>
    </w:p>
    <w:p>
      <w:pPr/>
      <w:r>
        <w:rPr/>
        <w:t>Caleb leaned toward his microphone.</w:t>
      </w:r>
    </w:p>
    <w:p>
      <w:pPr/>
      <w:r>
        <w:rPr/>
        <w:t>"She's been like this all day."</w:t>
      </w:r>
    </w:p>
    <w:p>
      <w:pPr/>
      <w:r>
        <w:rPr/>
        <w:t>"He's been annoying all day."</w:t>
      </w:r>
    </w:p>
    <w:p>
      <w:pPr/>
      <w:r>
        <w:rPr/>
        <w:t>"That's true."</w:t>
      </w:r>
    </w:p>
    <w:p>
      <w:pPr/>
      <w:r>
        <w:rPr/>
        <w:t>Photina smiled and glanced at the people gathered around the stage.</w:t>
      </w:r>
    </w:p>
    <w:p>
      <w:pPr/>
      <w:r>
        <w:rPr/>
        <w:t>Then she noticed something.</w:t>
      </w:r>
    </w:p>
    <w:p>
      <w:pPr/>
      <w:r>
        <w:rPr/>
        <w:t>A girl sitting alone near the skate ramp.</w:t>
      </w:r>
    </w:p>
    <w:p>
      <w:pPr/>
      <w:r>
        <w:rPr/>
        <w:t>She couldn't have been much older than nineteen.</w:t>
      </w:r>
    </w:p>
    <w:p>
      <w:pPr/>
      <w:r>
        <w:rPr/>
        <w:t>Her dark hair fell across her face. She wore an oversized sweatshirt despite the warm evening. A paper cup rested between her hands.</w:t>
      </w:r>
    </w:p>
    <w:p>
      <w:pPr/>
      <w:r>
        <w:rPr/>
        <w:t>Two girls nearby were whispering.</w:t>
      </w:r>
    </w:p>
    <w:p>
      <w:pPr/>
      <w:r>
        <w:rPr/>
        <w:t>One glanced toward her and laughed.</w:t>
      </w:r>
    </w:p>
    <w:p>
      <w:pPr/>
      <w:r>
        <w:rPr/>
        <w:t>The girl lowered her head.</w:t>
      </w:r>
    </w:p>
    <w:p>
      <w:pPr/>
      <w:r>
        <w:rPr/>
        <w:t>Photina knew that look.</w:t>
      </w:r>
    </w:p>
    <w:p>
      <w:pPr/>
      <w:r>
        <w:rPr/>
        <w:t>She had worn it herself.</w:t>
      </w:r>
    </w:p>
    <w:p>
      <w:pPr/>
      <w:r>
        <w:rPr/>
        <w:t>The expression of someone pretending not to hear something that had already cut deeply.</w:t>
      </w:r>
    </w:p>
    <w:p>
      <w:pPr/>
      <w:r>
        <w:rPr/>
        <w:t>Photina's smile softened.</w:t>
      </w:r>
    </w:p>
    <w:p>
      <w:pPr/>
      <w:r>
        <w:rPr/>
        <w:t>She turned back toward the microphone.</w:t>
      </w:r>
    </w:p>
    <w:p>
      <w:pPr/>
      <w:r>
        <w:rPr/>
        <w:t>"Let me ask you something."</w:t>
      </w:r>
    </w:p>
    <w:p>
      <w:pPr/>
      <w:r>
        <w:rPr/>
        <w:t>The crowd gradually quieted.</w:t>
      </w:r>
    </w:p>
    <w:p>
      <w:pPr/>
      <w:r>
        <w:rPr/>
        <w:t>"Have you ever looked at somebody and thought you knew exactly what kind of person they were?"</w:t>
      </w:r>
    </w:p>
    <w:p>
      <w:pPr/>
      <w:r>
        <w:rPr/>
        <w:t>A few people nodded.</w:t>
      </w:r>
    </w:p>
    <w:p>
      <w:pPr/>
      <w:r>
        <w:rPr/>
        <w:t>"Maybe because of what they were wearing. Where they were hanging out. Who they were dating. What they posted online."</w:t>
      </w:r>
    </w:p>
    <w:p>
      <w:pPr/>
      <w:r>
        <w:rPr/>
        <w:t>Caleb watched her.</w:t>
      </w:r>
    </w:p>
    <w:p>
      <w:pPr/>
      <w:r>
        <w:rPr/>
        <w:t>This wasn't the introduction they had rehearsed.</w:t>
      </w:r>
    </w:p>
    <w:p>
      <w:pPr/>
      <w:r>
        <w:rPr/>
        <w:t>But he knew better than to interrupt.</w:t>
      </w:r>
    </w:p>
    <w:p>
      <w:pPr/>
      <w:r>
        <w:rPr/>
        <w:t>Photina continued.</w:t>
      </w:r>
    </w:p>
    <w:p>
      <w:pPr/>
      <w:r>
        <w:rPr/>
        <w:t>"Or maybe you've been on the other side of that. Somebody looked at you for five seconds and decided they knew your entire life."</w:t>
      </w:r>
    </w:p>
    <w:p>
      <w:pPr/>
      <w:r>
        <w:rPr/>
        <w:t>A young man near the coffee stand raised his hand.</w:t>
      </w:r>
    </w:p>
    <w:p>
      <w:pPr/>
      <w:r>
        <w:rPr/>
        <w:t>"Every day."</w:t>
      </w:r>
    </w:p>
    <w:p>
      <w:pPr/>
      <w:r>
        <w:rPr/>
        <w:t>Photina pointed toward him.</w:t>
      </w:r>
    </w:p>
    <w:p>
      <w:pPr/>
      <w:r>
        <w:rPr/>
        <w:t>"Exactly."</w:t>
      </w:r>
    </w:p>
    <w:p>
      <w:pPr/>
      <w:r>
        <w:rPr/>
        <w:t>She rested one hand against her guitar.</w:t>
      </w:r>
    </w:p>
    <w:p>
      <w:pPr/>
      <w:r>
        <w:rPr/>
        <w:t>"You know what I've learned?"</w:t>
      </w:r>
    </w:p>
    <w:p>
      <w:pPr/>
      <w:r>
        <w:rPr/>
        <w:t>She paused.</w:t>
      </w:r>
    </w:p>
    <w:p>
      <w:pPr/>
      <w:r>
        <w:rPr/>
        <w:t>"People are carrying things you can't see."</w:t>
      </w:r>
    </w:p>
    <w:p>
      <w:pPr/>
      <w:r>
        <w:rPr/>
        <w:t>The girl by the skate ramp looked up.</w:t>
      </w:r>
    </w:p>
    <w:p>
      <w:pPr/>
      <w:r>
        <w:rPr/>
        <w:t>Photina continued.</w:t>
      </w:r>
    </w:p>
    <w:p>
      <w:pPr/>
      <w:r>
        <w:rPr/>
        <w:t>"And sometimes the person you're judging is fighting a battle you wouldn't survive five minutes inside."</w:t>
      </w:r>
    </w:p>
    <w:p>
      <w:pPr/>
      <w:r>
        <w:rPr/>
        <w:t>The crowd grew still.</w:t>
      </w:r>
    </w:p>
    <w:p>
      <w:pPr/>
      <w:r>
        <w:rPr/>
        <w:t>"Now, don't get me wrong. I'm not saying everything people do is right."</w:t>
      </w:r>
    </w:p>
    <w:p>
      <w:pPr/>
      <w:r>
        <w:rPr/>
        <w:t>She smiled slightly.</w:t>
      </w:r>
    </w:p>
    <w:p>
      <w:pPr/>
      <w:r>
        <w:rPr/>
        <w:t>"Trust me. I've done plenty of stupid things."</w:t>
      </w:r>
    </w:p>
    <w:p>
      <w:pPr/>
      <w:r>
        <w:rPr/>
        <w:t>Caleb leaned toward his microphone.</w:t>
      </w:r>
    </w:p>
    <w:p>
      <w:pPr/>
      <w:r>
        <w:rPr/>
        <w:t>"Can confirm."</w:t>
      </w:r>
    </w:p>
    <w:p>
      <w:pPr/>
      <w:r>
        <w:rPr/>
        <w:t>She shot him a look.</w:t>
      </w:r>
    </w:p>
    <w:p>
      <w:pPr/>
      <w:r>
        <w:rPr/>
        <w:t>"You're about to become one of them."</w:t>
      </w:r>
    </w:p>
    <w:p>
      <w:pPr/>
      <w:r>
        <w:rPr/>
        <w:t>Laughter rippled through the audience.</w:t>
      </w:r>
    </w:p>
    <w:p>
      <w:pPr/>
      <w:r>
        <w:rPr/>
        <w:t>Then Photina's expression became serious.</w:t>
      </w:r>
    </w:p>
    <w:p>
      <w:pPr/>
      <w:r>
        <w:rPr/>
        <w:t>"But there's a difference between recognizing that something is wrong and deciding somebody isn't worth loving."</w:t>
      </w:r>
    </w:p>
    <w:p>
      <w:pPr/>
      <w:r>
        <w:rPr/>
        <w:t>She looked toward the girl sitting alone.</w:t>
      </w:r>
    </w:p>
    <w:p>
      <w:pPr/>
      <w:r>
        <w:rPr/>
        <w:t>"Jesus never confused the two.</w:t>
      </w:r>
    </w:p>
    <w:p>
      <w:pPr/>
      <w:r>
        <w:rPr/>
      </w:r>
    </w:p>
    <w:p>
      <w:pPr/>
      <w:r>
        <w:rPr/>
      </w:r>
    </w:p>
    <w:p>
      <w:pPr>
        <w:pStyle w:val="Heading2"/>
      </w:pPr>
      <w:r>
        <w:rPr/>
        <w:t>CHAPTER EIGHTEEN</w:t>
      </w:r>
    </w:p>
    <w:p>
      <w:pPr>
        <w:pStyle w:val="Heading1"/>
      </w:pPr>
      <w:r>
        <w:rPr/>
        <w:t>The Woman at the Well</w:t>
      </w:r>
    </w:p>
    <w:p>
      <w:pPr/>
      <w:r>
        <w:rPr/>
        <w:t>Photina took a breath.</w:t>
      </w:r>
    </w:p>
    <w:p>
      <w:pPr/>
      <w:r>
        <w:rPr/>
        <w:t>"There's this woman in the Bible."</w:t>
      </w:r>
    </w:p>
    <w:p>
      <w:pPr/>
      <w:r>
        <w:rPr/>
        <w:t>She smiled.</w:t>
      </w:r>
    </w:p>
    <w:p>
      <w:pPr/>
      <w:r>
        <w:rPr/>
        <w:t>"Honestly, I think we'd have gotten along."</w:t>
      </w:r>
    </w:p>
    <w:p>
      <w:pPr/>
      <w:r>
        <w:rPr/>
        <w:t>Caleb glanced at her.</w:t>
      </w:r>
    </w:p>
    <w:p>
      <w:pPr/>
      <w:r>
        <w:rPr/>
        <w:t>"That explains a lot."</w:t>
      </w:r>
    </w:p>
    <w:p>
      <w:pPr/>
      <w:r>
        <w:rPr/>
        <w:t>"Quiet, Marine."</w:t>
      </w:r>
    </w:p>
    <w:p>
      <w:pPr/>
      <w:r>
        <w:rPr/>
        <w:t>Another laugh.</w:t>
      </w:r>
    </w:p>
    <w:p>
      <w:pPr/>
      <w:r>
        <w:rPr/>
        <w:t>Photina continued.</w:t>
      </w:r>
    </w:p>
    <w:p>
      <w:pPr/>
      <w:r>
        <w:rPr/>
        <w:t>"She went to a well to get water. Just an ordinary day. Probably wasn't looking for some huge spiritual experience."</w:t>
      </w:r>
    </w:p>
    <w:p>
      <w:pPr/>
      <w:r>
        <w:rPr/>
        <w:t>She paused.</w:t>
      </w:r>
    </w:p>
    <w:p>
      <w:pPr/>
      <w:r>
        <w:rPr/>
        <w:t>"But Jesus was waiting there."</w:t>
      </w:r>
    </w:p>
    <w:p>
      <w:pPr/>
      <w:r>
        <w:rPr/>
        <w:t>The ocean breeze lifted a few curls across her cheek.</w:t>
      </w:r>
    </w:p>
    <w:p>
      <w:pPr/>
      <w:r>
        <w:rPr/>
        <w:t>"He knew her story. All of it. The relationships. The mistakes. The things she probably wished nobody knew."</w:t>
      </w:r>
    </w:p>
    <w:p>
      <w:pPr/>
      <w:r>
        <w:rPr/>
        <w:t>Photina looked down at her guitar.</w:t>
      </w:r>
    </w:p>
    <w:p>
      <w:pPr/>
      <w:r>
        <w:rPr/>
        <w:t>"And He talked to her anyway."</w:t>
      </w:r>
    </w:p>
    <w:p>
      <w:pPr/>
      <w:r>
        <w:rPr/>
        <w:t>Her voice softened.</w:t>
      </w:r>
    </w:p>
    <w:p>
      <w:pPr/>
      <w:r>
        <w:rPr/>
        <w:t>"He didn't pretend her past didn't matter. He didn't tell her everything she'd ever done was fine."</w:t>
      </w:r>
    </w:p>
    <w:p>
      <w:pPr/>
      <w:r>
        <w:rPr/>
        <w:t>She raised her eyes.</w:t>
      </w:r>
    </w:p>
    <w:p>
      <w:pPr/>
      <w:r>
        <w:rPr/>
        <w:t>"But He didn't walk away from her either."</w:t>
      </w:r>
    </w:p>
    <w:p>
      <w:pPr/>
      <w:r>
        <w:rPr/>
        <w:t>The crowd was listening now.</w:t>
      </w:r>
    </w:p>
    <w:p>
      <w:pPr/>
      <w:r>
        <w:rPr/>
        <w:t>Even the skateboarders had begun gathering near the stage.</w:t>
      </w:r>
    </w:p>
    <w:p>
      <w:pPr/>
      <w:r>
        <w:rPr/>
        <w:t>"He offered her Living Water."</w:t>
      </w:r>
    </w:p>
    <w:p>
      <w:pPr/>
      <w:r>
        <w:rPr/>
        <w:t>Photina swallowed.</w:t>
      </w:r>
    </w:p>
    <w:p>
      <w:pPr/>
      <w:r>
        <w:rPr/>
        <w:t>"And that woman ended up telling everybody about Him."</w:t>
      </w:r>
    </w:p>
    <w:p>
      <w:pPr/>
      <w:r>
        <w:rPr/>
        <w:t>She laughed quietly.</w:t>
      </w:r>
    </w:p>
    <w:p>
      <w:pPr/>
      <w:r>
        <w:rPr/>
        <w:t>"Which is kind of hilarious when you think about it. The woman everybody probably had an opinion about became the woman telling everybody where to find Jesus."</w:t>
      </w:r>
    </w:p>
    <w:p>
      <w:pPr/>
      <w:r>
        <w:rPr/>
        <w:t>Caleb smiled.</w:t>
      </w:r>
    </w:p>
    <w:p>
      <w:pPr/>
      <w:r>
        <w:rPr/>
        <w:t>He knew how deeply that story had shaped her.</w:t>
      </w:r>
    </w:p>
    <w:p>
      <w:pPr/>
      <w:r>
        <w:rPr/>
        <w:t>Photina looked out over the crowd.</w:t>
      </w:r>
    </w:p>
    <w:p>
      <w:pPr/>
      <w:r>
        <w:rPr/>
        <w:t>"So here's what I'm trying to say."</w:t>
      </w:r>
    </w:p>
    <w:p>
      <w:pPr/>
      <w:r>
        <w:rPr/>
        <w:t>She leaned toward the microphone.</w:t>
      </w:r>
    </w:p>
    <w:p>
      <w:pPr/>
      <w:r>
        <w:rPr/>
        <w:t>"Before you point at somebody, judge them, and walk away..."</w:t>
      </w:r>
    </w:p>
    <w:p>
      <w:pPr/>
      <w:r>
        <w:rPr/>
        <w:t>She paused.</w:t>
      </w:r>
    </w:p>
    <w:p>
      <w:pPr/>
      <w:r>
        <w:rPr/>
        <w:t>"Remember that you don't know their whole story."</w:t>
      </w:r>
    </w:p>
    <w:p>
      <w:pPr/>
      <w:r>
        <w:rPr/>
        <w:t>Caleb began playing.</w:t>
      </w:r>
    </w:p>
    <w:p>
      <w:pPr/>
      <w:r>
        <w:rPr/>
        <w:t>A sharp, rhythmic acoustic progression filled the evening air.</w:t>
      </w:r>
    </w:p>
    <w:p>
      <w:pPr/>
      <w:r>
        <w:rPr/>
        <w:t>Photina joined him with a punchy, percussive strum.</w:t>
      </w:r>
    </w:p>
    <w:p>
      <w:pPr/>
      <w:r>
        <w:rPr/>
        <w:t>The music had an unexpected edge.</w:t>
      </w:r>
    </w:p>
    <w:p>
      <w:pPr/>
      <w:r>
        <w:rPr/>
        <w:t>Fast.</w:t>
      </w:r>
    </w:p>
    <w:p>
      <w:pPr/>
      <w:r>
        <w:rPr/>
        <w:t>Playful.</w:t>
      </w:r>
    </w:p>
    <w:p>
      <w:pPr/>
      <w:r>
        <w:rPr/>
        <w:t>A little rebellious.</w:t>
      </w:r>
    </w:p>
    <w:p>
      <w:pPr/>
      <w:r>
        <w:rPr/>
        <w:t>The sort of sound that belonged somewhere between a Friday-night coffeehouse and a garage band that had accidentally discovered Jesus.</w:t>
      </w:r>
    </w:p>
    <w:p>
      <w:pPr/>
      <w:r>
        <w:rPr/>
        <w:t>Photina grinned.</w:t>
      </w:r>
    </w:p>
    <w:p>
      <w:pPr/>
      <w:r>
        <w:rPr/>
        <w:t>"All right, let's wake this place up!"</w:t>
      </w:r>
    </w:p>
    <w:p>
      <w:pPr/>
      <w:r>
        <w:rPr/>
        <w:t>Her voice burst across the skatepark.</w:t>
      </w:r>
    </w:p>
    <w:p>
      <w:pPr/>
      <w:r>
        <w:rPr/>
        <w:t>It wasn't polished into something delicate.</w:t>
      </w:r>
    </w:p>
    <w:p>
      <w:pPr/>
      <w:r>
        <w:rPr/>
        <w:t>It had grit.</w:t>
      </w:r>
    </w:p>
    <w:p>
      <w:pPr/>
      <w:r>
        <w:rPr/>
        <w:t>Attitude.</w:t>
      </w:r>
    </w:p>
    <w:p>
      <w:pPr/>
      <w:r>
        <w:rPr/>
        <w:t>A little rasp around the edges.</w:t>
      </w:r>
    </w:p>
    <w:p>
      <w:pPr/>
      <w:r>
        <w:rPr/>
        <w:t>And joy.</w:t>
      </w:r>
    </w:p>
    <w:p>
      <w:pPr/>
      <w:r>
        <w:rPr/>
        <w:t>Real joy.</w:t>
      </w:r>
    </w:p>
    <w:p>
      <w:pPr/>
      <w:r>
        <w:rPr/>
        <w:t>The kind that couldn't be manufactured by stage lights.</w:t>
      </w:r>
    </w:p>
    <w:p>
      <w:pPr/>
      <w:r>
        <w:rPr/>
        <w:t>Caleb added harmony as the song gathered momentum.</w:t>
      </w:r>
    </w:p>
    <w:p>
      <w:pPr/>
      <w:r>
        <w:rPr/>
        <w:t>A few teenagers began clapping.</w:t>
      </w:r>
    </w:p>
    <w:p>
      <w:pPr/>
      <w:r>
        <w:rPr/>
        <w:t>Then more joined in.</w:t>
      </w:r>
    </w:p>
    <w:p>
      <w:pPr/>
      <w:r>
        <w:rPr/>
        <w:t>A boy standing on the edge of the skate bowl started tapping his skateboard against the concrete.</w:t>
      </w:r>
    </w:p>
    <w:p>
      <w:pPr/>
      <w:r>
        <w:rPr/>
        <w:t>Photina laughed mid-verse.</w:t>
      </w:r>
    </w:p>
    <w:p>
      <w:pPr/>
      <w:r>
        <w:rPr/>
        <w:t>"That's it!"</w:t>
      </w:r>
    </w:p>
    <w:p>
      <w:pPr/>
      <w:r>
        <w:rPr/>
        <w:t>She leaned into the microphone, letting the chorus fly.</w:t>
      </w:r>
    </w:p>
    <w:p>
      <w:pPr/>
      <w:r>
        <w:rPr/>
        <w:t>The crowd responded.</w:t>
      </w:r>
    </w:p>
    <w:p>
      <w:pPr/>
      <w:r>
        <w:rPr/>
        <w:t>Some were laughing.</w:t>
      </w:r>
    </w:p>
    <w:p>
      <w:pPr/>
      <w:r>
        <w:rPr/>
        <w:t>Some were singing along with words they were only beginning to learn.</w:t>
      </w:r>
    </w:p>
    <w:p>
      <w:pPr/>
      <w:r>
        <w:rPr/>
        <w:t>Others simply watched.</w:t>
      </w:r>
    </w:p>
    <w:p>
      <w:pPr/>
      <w:r>
        <w:rPr/>
        <w:t>The girl in the oversized sweatshirt had stopped staring at her coffee.</w:t>
      </w:r>
    </w:p>
    <w:p>
      <w:pPr/>
      <w:r>
        <w:rPr/>
        <w:t>She was looking directly at Photina.</w:t>
      </w:r>
    </w:p>
    <w:p>
      <w:pPr/>
      <w:r>
        <w:rPr/>
        <w:t>And for the first time that evening, she smiled.</w:t>
      </w:r>
    </w:p>
    <w:p>
      <w:pPr/>
      <w:r>
        <w:rPr/>
      </w:r>
    </w:p>
    <w:p>
      <w:pPr/>
      <w:r>
        <w:rPr/>
      </w:r>
    </w:p>
    <w:p>
      <w:pPr>
        <w:pStyle w:val="Heading2"/>
      </w:pPr>
      <w:r>
        <w:rPr/>
        <w:t>CHAPTER NINETEEN</w:t>
      </w:r>
    </w:p>
    <w:p>
      <w:pPr>
        <w:pStyle w:val="Heading1"/>
      </w:pPr>
      <w:r>
        <w:rPr/>
        <w:t>The Girl by the Ramp</w:t>
      </w:r>
    </w:p>
    <w:p>
      <w:pPr/>
      <w:r>
        <w:rPr/>
        <w:t>After the song ended, the applause surprised her.</w:t>
      </w:r>
    </w:p>
    <w:p>
      <w:pPr/>
      <w:r>
        <w:rPr/>
        <w:t>Not because it was enormous.</w:t>
      </w:r>
    </w:p>
    <w:p>
      <w:pPr/>
      <w:r>
        <w:rPr/>
        <w:t>It wasn't.</w:t>
      </w:r>
    </w:p>
    <w:p>
      <w:pPr/>
      <w:r>
        <w:rPr/>
        <w:t>This wasn't an arena filled with thousands of people.</w:t>
      </w:r>
    </w:p>
    <w:p>
      <w:pPr/>
      <w:r>
        <w:rPr/>
        <w:t>It was a skatepark.</w:t>
      </w:r>
    </w:p>
    <w:p>
      <w:pPr/>
      <w:r>
        <w:rPr/>
        <w:t>A few hundred people, some half-listening, others eating tacos.</w:t>
      </w:r>
    </w:p>
    <w:p>
      <w:pPr/>
      <w:r>
        <w:rPr/>
        <w:t>But the applause felt genuine.</w:t>
      </w:r>
    </w:p>
    <w:p>
      <w:pPr/>
      <w:r>
        <w:rPr/>
        <w:t>Photina leaned toward the microphone.</w:t>
      </w:r>
    </w:p>
    <w:p>
      <w:pPr/>
      <w:r>
        <w:rPr/>
        <w:t>"Thank you, guys! And remember, tip your baristas. They're the ones keeping civilization functioning."</w:t>
      </w:r>
    </w:p>
    <w:p>
      <w:pPr/>
      <w:r>
        <w:rPr/>
        <w:t>Someone shouted, "Amen!"</w:t>
      </w:r>
    </w:p>
    <w:p>
      <w:pPr/>
      <w:r>
        <w:rPr/>
        <w:t>Caleb laughed.</w:t>
      </w:r>
    </w:p>
    <w:p>
      <w:pPr/>
      <w:r>
        <w:rPr/>
        <w:t>They stepped off the stage and carried their guitars toward a nearby table.</w:t>
      </w:r>
    </w:p>
    <w:p>
      <w:pPr/>
      <w:r>
        <w:rPr/>
        <w:t>Photina had barely set hers down when someone approached.</w:t>
      </w:r>
    </w:p>
    <w:p>
      <w:pPr/>
      <w:r>
        <w:rPr/>
        <w:t>It was the girl from the skate ramp.</w:t>
      </w:r>
    </w:p>
    <w:p>
      <w:pPr/>
      <w:r>
        <w:rPr/>
        <w:t>"Hey."</w:t>
      </w:r>
    </w:p>
    <w:p>
      <w:pPr/>
      <w:r>
        <w:rPr/>
        <w:t>Photina turned.</w:t>
      </w:r>
    </w:p>
    <w:p>
      <w:pPr/>
      <w:r>
        <w:rPr/>
        <w:t>"Hey yourself."</w:t>
      </w:r>
    </w:p>
    <w:p>
      <w:pPr/>
      <w:r>
        <w:rPr/>
        <w:t>The girl hesitated.</w:t>
      </w:r>
    </w:p>
    <w:p>
      <w:pPr/>
      <w:r>
        <w:rPr/>
        <w:t>"Can I ask you something?"</w:t>
      </w:r>
    </w:p>
    <w:p>
      <w:pPr/>
      <w:r>
        <w:rPr/>
        <w:t>"Sure."</w:t>
      </w:r>
    </w:p>
    <w:p>
      <w:pPr/>
      <w:r>
        <w:rPr/>
        <w:t>"Do you actually believe all that?"</w:t>
      </w:r>
    </w:p>
    <w:p>
      <w:pPr/>
      <w:r>
        <w:rPr/>
        <w:t>Photina tilted her head.</w:t>
      </w:r>
    </w:p>
    <w:p>
      <w:pPr/>
      <w:r>
        <w:rPr/>
        <w:t>"Which part?"</w:t>
      </w:r>
    </w:p>
    <w:p>
      <w:pPr/>
      <w:r>
        <w:rPr/>
        <w:t>"That Jesus would still want somebody if He knew everything they'd done."</w:t>
      </w:r>
    </w:p>
    <w:p>
      <w:pPr/>
      <w:r>
        <w:rPr/>
        <w:t>Photina's expression changed.</w:t>
      </w:r>
    </w:p>
    <w:p>
      <w:pPr/>
      <w:r>
        <w:rPr/>
        <w:t>Not dramatically.</w:t>
      </w:r>
    </w:p>
    <w:p>
      <w:pPr/>
      <w:r>
        <w:rPr/>
        <w:t>Just enough.</w:t>
      </w:r>
    </w:p>
    <w:p>
      <w:pPr/>
      <w:r>
        <w:rPr/>
        <w:t>"Yeah," she said. "I do."</w:t>
      </w:r>
    </w:p>
    <w:p>
      <w:pPr/>
      <w:r>
        <w:rPr/>
        <w:t>The girl looked down.</w:t>
      </w:r>
    </w:p>
    <w:p>
      <w:pPr/>
      <w:r>
        <w:rPr/>
        <w:t>"What if it's really bad?"</w:t>
      </w:r>
    </w:p>
    <w:p>
      <w:pPr/>
      <w:r>
        <w:rPr/>
        <w:t>Photina pulled out a chair.</w:t>
      </w:r>
    </w:p>
    <w:p>
      <w:pPr/>
      <w:r>
        <w:rPr/>
        <w:t>"Want to sit?"</w:t>
      </w:r>
    </w:p>
    <w:p>
      <w:pPr/>
      <w:r>
        <w:rPr/>
        <w:t>The girl hesitated before accepting.</w:t>
      </w:r>
    </w:p>
    <w:p>
      <w:pPr/>
      <w:r>
        <w:rPr/>
        <w:t>Caleb quietly picked up their empty coffee cups.</w:t>
      </w:r>
    </w:p>
    <w:p>
      <w:pPr/>
      <w:r>
        <w:rPr/>
        <w:t>"I'm gonna grab us something to drink."</w:t>
      </w:r>
    </w:p>
    <w:p>
      <w:pPr/>
      <w:r>
        <w:rPr/>
        <w:t>Photina gave him a grateful glance.</w:t>
      </w:r>
    </w:p>
    <w:p>
      <w:pPr/>
      <w:r>
        <w:rPr/>
        <w:t>When he walked away, she turned toward the girl.</w:t>
      </w:r>
    </w:p>
    <w:p>
      <w:pPr/>
      <w:r>
        <w:rPr/>
        <w:t>"What's your name?"</w:t>
      </w:r>
    </w:p>
    <w:p>
      <w:pPr/>
      <w:r>
        <w:rPr/>
        <w:t>"Riley."</w:t>
      </w:r>
    </w:p>
    <w:p>
      <w:pPr/>
      <w:r>
        <w:rPr/>
        <w:t>"Nice to meet you, Riley."</w:t>
      </w:r>
    </w:p>
    <w:p>
      <w:pPr/>
      <w:r>
        <w:rPr/>
        <w:t>The girl picked at the sleeve of her sweatshirt.</w:t>
      </w:r>
    </w:p>
    <w:p>
      <w:pPr/>
      <w:r>
        <w:rPr/>
        <w:t>"I've made some pretty bad choices."</w:t>
      </w:r>
    </w:p>
    <w:p>
      <w:pPr/>
      <w:r>
        <w:rPr/>
        <w:t>Photina nodded.</w:t>
      </w:r>
    </w:p>
    <w:p>
      <w:pPr/>
      <w:r>
        <w:rPr/>
        <w:t>"Me too."</w:t>
      </w:r>
    </w:p>
    <w:p>
      <w:pPr/>
      <w:r>
        <w:rPr/>
        <w:t>"No, I mean..."</w:t>
      </w:r>
    </w:p>
    <w:p>
      <w:pPr/>
      <w:r>
        <w:rPr/>
        <w:t>Riley stopped.</w:t>
      </w:r>
    </w:p>
    <w:p>
      <w:pPr/>
      <w:r>
        <w:rPr/>
        <w:t>Her eyes filled with tears.</w:t>
      </w:r>
    </w:p>
    <w:p>
      <w:pPr/>
      <w:r>
        <w:rPr/>
        <w:t>Photina didn't rush her.</w:t>
      </w:r>
    </w:p>
    <w:p>
      <w:pPr/>
      <w:r>
        <w:rPr/>
        <w:t>The music from the next performer drifted across the boardwalk.</w:t>
      </w:r>
    </w:p>
    <w:p>
      <w:pPr/>
      <w:r>
        <w:rPr/>
        <w:t>A skateboard rattled against the concrete.</w:t>
      </w:r>
    </w:p>
    <w:p>
      <w:pPr/>
      <w:r>
        <w:rPr/>
        <w:t>Somebody laughed near the taco truck.</w:t>
      </w:r>
    </w:p>
    <w:p>
      <w:pPr/>
      <w:r>
        <w:rPr/>
        <w:t>Life continued around them.</w:t>
      </w:r>
    </w:p>
    <w:p>
      <w:pPr/>
      <w:r>
        <w:rPr/>
        <w:t>Finally, Riley whispered, "I don't think God would want anything to do with me."</w:t>
      </w:r>
    </w:p>
    <w:p>
      <w:pPr/>
      <w:r>
        <w:rPr/>
        <w:t>Photina felt something tighten in her chest.</w:t>
      </w:r>
    </w:p>
    <w:p>
      <w:pPr/>
      <w:r>
        <w:rPr/>
        <w:t>She recognized that sentence.</w:t>
      </w:r>
    </w:p>
    <w:p>
      <w:pPr/>
      <w:r>
        <w:rPr/>
        <w:t>Not necessarily the exact words.</w:t>
      </w:r>
    </w:p>
    <w:p>
      <w:pPr/>
      <w:r>
        <w:rPr/>
        <w:t>But the belief beneath them.</w:t>
      </w:r>
    </w:p>
    <w:p>
      <w:pPr/>
      <w:r>
        <w:rPr/>
        <w:t>She had once carried it herself.</w:t>
      </w:r>
    </w:p>
    <w:p>
      <w:pPr/>
      <w:r>
        <w:rPr/>
        <w:t>"Can I tell you something?" Photina asked.</w:t>
      </w:r>
    </w:p>
    <w:p>
      <w:pPr/>
      <w:r>
        <w:rPr/>
        <w:t>Riley nodded.</w:t>
      </w:r>
    </w:p>
    <w:p>
      <w:pPr/>
      <w:r>
        <w:rPr/>
        <w:t>"Jesus already knows."</w:t>
      </w:r>
    </w:p>
    <w:p>
      <w:pPr/>
      <w:r>
        <w:rPr/>
        <w:t>Riley looked up.</w:t>
      </w:r>
    </w:p>
    <w:p>
      <w:pPr/>
      <w:r>
        <w:rPr/>
        <w:t>"Everything?"</w:t>
      </w:r>
    </w:p>
    <w:p>
      <w:pPr/>
      <w:r>
        <w:rPr/>
        <w:t>"Everything."</w:t>
      </w:r>
    </w:p>
    <w:p>
      <w:pPr/>
      <w:r>
        <w:rPr/>
        <w:t>"Then why would He..."</w:t>
      </w:r>
    </w:p>
    <w:p>
      <w:pPr/>
      <w:r>
        <w:rPr/>
        <w:t>"Because His love didn't begin when you started making good decisions."</w:t>
      </w:r>
    </w:p>
    <w:p>
      <w:pPr/>
      <w:r>
        <w:rPr/>
        <w:t>Riley wiped her cheek.</w:t>
      </w:r>
    </w:p>
    <w:p>
      <w:pPr/>
      <w:r>
        <w:rPr/>
        <w:t>Photina leaned forward.</w:t>
      </w:r>
    </w:p>
    <w:p>
      <w:pPr/>
      <w:r>
        <w:rPr/>
        <w:t>"And it doesn't mean He wants to leave you where you are."</w:t>
      </w:r>
    </w:p>
    <w:p>
      <w:pPr/>
      <w:r>
        <w:rPr/>
        <w:t>She paused.</w:t>
      </w:r>
    </w:p>
    <w:p>
      <w:pPr/>
      <w:r>
        <w:rPr/>
        <w:t>"He loves you enough to tell you the truth. And He loves you enough to help you change."</w:t>
      </w:r>
    </w:p>
    <w:p>
      <w:pPr/>
      <w:r>
        <w:rPr/>
        <w:t>Riley stared at her.</w:t>
      </w:r>
    </w:p>
    <w:p>
      <w:pPr/>
      <w:r>
        <w:rPr/>
        <w:t>"Is that what happened to you?"</w:t>
      </w:r>
    </w:p>
    <w:p>
      <w:pPr/>
      <w:r>
        <w:rPr/>
        <w:t>Photina smiled faintly.</w:t>
      </w:r>
    </w:p>
    <w:p>
      <w:pPr/>
      <w:r>
        <w:rPr/>
        <w:t>"Still happening."</w:t>
      </w:r>
    </w:p>
    <w:p>
      <w:pPr/>
      <w:r>
        <w:rPr/>
        <w:t>Caleb returned carrying three drinks.</w:t>
      </w:r>
    </w:p>
    <w:p>
      <w:pPr/>
      <w:r>
        <w:rPr/>
        <w:t>He handed Riley a lemonade and placed an iced coffee beside Photina.</w:t>
      </w:r>
    </w:p>
    <w:p>
      <w:pPr/>
      <w:r>
        <w:rPr/>
        <w:t>She stared at the cup.</w:t>
      </w:r>
    </w:p>
    <w:p>
      <w:pPr/>
      <w:r>
        <w:rPr/>
        <w:t>"What's this?"</w:t>
      </w:r>
    </w:p>
    <w:p>
      <w:pPr/>
      <w:r>
        <w:rPr/>
        <w:t>"Coffee."</w:t>
      </w:r>
    </w:p>
    <w:p>
      <w:pPr/>
      <w:r>
        <w:rPr/>
        <w:t>"I can see that."</w:t>
      </w:r>
    </w:p>
    <w:p>
      <w:pPr/>
      <w:r>
        <w:rPr/>
        <w:t>"You're welcome."</w:t>
      </w:r>
    </w:p>
    <w:p>
      <w:pPr/>
      <w:r>
        <w:rPr/>
        <w:t>She lifted the lid.</w:t>
      </w:r>
    </w:p>
    <w:p>
      <w:pPr/>
      <w:r>
        <w:rPr/>
        <w:t>"No caramel?"</w:t>
      </w:r>
    </w:p>
    <w:p>
      <w:pPr/>
      <w:r>
        <w:rPr/>
        <w:t>Caleb sighed.</w:t>
      </w:r>
    </w:p>
    <w:p>
      <w:pPr/>
      <w:r>
        <w:rPr/>
        <w:t>"There's caramel."</w:t>
      </w:r>
    </w:p>
    <w:p>
      <w:pPr/>
      <w:r>
        <w:rPr/>
        <w:t>"Cold foam?"</w:t>
      </w:r>
    </w:p>
    <w:p>
      <w:pPr/>
      <w:r>
        <w:rPr/>
        <w:t>"Yes."</w:t>
      </w:r>
    </w:p>
    <w:p>
      <w:pPr/>
      <w:r>
        <w:rPr/>
        <w:t>Photina smiled.</w:t>
      </w:r>
    </w:p>
    <w:p>
      <w:pPr/>
      <w:r>
        <w:rPr/>
        <w:t>"You're learning."</w:t>
      </w:r>
    </w:p>
    <w:p>
      <w:pPr/>
      <w:r>
        <w:rPr/>
        <w:t>Riley laughed.</w:t>
      </w:r>
    </w:p>
    <w:p>
      <w:pPr/>
      <w:r>
        <w:rPr/>
        <w:t>It was a small sound.</w:t>
      </w:r>
    </w:p>
    <w:p>
      <w:pPr/>
      <w:r>
        <w:rPr/>
        <w:t>But Photina noticed.</w:t>
      </w:r>
    </w:p>
    <w:p>
      <w:pPr/>
      <w:r>
        <w:rPr/>
        <w:t>Caleb pulled up another chair.</w:t>
      </w:r>
    </w:p>
    <w:p>
      <w:pPr/>
      <w:r>
        <w:rPr/>
        <w:t>They talked for nearly half an hour.</w:t>
      </w:r>
    </w:p>
    <w:p>
      <w:pPr/>
      <w:r>
        <w:rPr/>
        <w:t>Not about everything.</w:t>
      </w:r>
    </w:p>
    <w:p>
      <w:pPr/>
      <w:r>
        <w:rPr/>
        <w:t>Riley wasn't ready for that.</w:t>
      </w:r>
    </w:p>
    <w:p>
      <w:pPr/>
      <w:r>
        <w:rPr/>
        <w:t>She shared enough for Photina to understand that she had been carrying shame for a long time.</w:t>
      </w:r>
    </w:p>
    <w:p>
      <w:pPr/>
      <w:r>
        <w:rPr/>
        <w:t>Some of it came from her own choices.</w:t>
      </w:r>
    </w:p>
    <w:p>
      <w:pPr/>
      <w:r>
        <w:rPr/>
        <w:t>Some of it came from what others had done to her.</w:t>
      </w:r>
    </w:p>
    <w:p>
      <w:pPr/>
      <w:r>
        <w:rPr/>
        <w:t>And some of it came from people who had confused condemning someone with helping them.</w:t>
      </w:r>
    </w:p>
    <w:p>
      <w:pPr/>
      <w:r>
        <w:rPr/>
        <w:t>Photina listened.</w:t>
      </w:r>
    </w:p>
    <w:p>
      <w:pPr/>
      <w:r>
        <w:rPr/>
        <w:t>She didn't offer an easy answer for every wound.</w:t>
      </w:r>
    </w:p>
    <w:p>
      <w:pPr/>
      <w:r>
        <w:rPr/>
        <w:t>She didn't tell Riley that one conversation would fix everything.</w:t>
      </w:r>
    </w:p>
    <w:p>
      <w:pPr/>
      <w:r>
        <w:rPr/>
        <w:t>And she didn't pressure her into making a decision just to create a dramatic moment.</w:t>
      </w:r>
    </w:p>
    <w:p>
      <w:pPr/>
      <w:r>
        <w:rPr/>
        <w:t>Instead, she told her about grace.</w:t>
      </w:r>
    </w:p>
    <w:p>
      <w:pPr/>
      <w:r>
        <w:rPr/>
        <w:t>About repentance.</w:t>
      </w:r>
    </w:p>
    <w:p>
      <w:pPr/>
      <w:r>
        <w:rPr/>
        <w:t>About forgiveness.</w:t>
      </w:r>
    </w:p>
    <w:p>
      <w:pPr/>
      <w:r>
        <w:rPr/>
        <w:t>About a Savior who had come to seek and save the lost.</w:t>
      </w:r>
    </w:p>
    <w:p>
      <w:pPr/>
      <w:r>
        <w:rPr/>
        <w:t>When Riley finally stood to leave, she hesitated.</w:t>
      </w:r>
    </w:p>
    <w:p>
      <w:pPr/>
      <w:r>
        <w:rPr/>
        <w:t>"Do you think I could come back next Friday?"</w:t>
      </w:r>
    </w:p>
    <w:p>
      <w:pPr/>
      <w:r>
        <w:rPr/>
        <w:t>Photina smiled.</w:t>
      </w:r>
    </w:p>
    <w:p>
      <w:pPr/>
      <w:r>
        <w:rPr/>
        <w:t>"I'd be disappointed if you didn't."</w:t>
      </w:r>
    </w:p>
    <w:p>
      <w:pPr/>
      <w:r>
        <w:rPr/>
        <w:t>Riley looked toward the stage.</w:t>
      </w:r>
    </w:p>
    <w:p>
      <w:pPr/>
      <w:r>
        <w:rPr/>
        <w:t>"Maybe I'll bring my guitar."</w:t>
      </w:r>
    </w:p>
    <w:p>
      <w:pPr/>
      <w:r>
        <w:rPr/>
        <w:t>Photina's eyes widened.</w:t>
      </w:r>
    </w:p>
    <w:p>
      <w:pPr/>
      <w:r>
        <w:rPr/>
        <w:t>"You play?"</w:t>
      </w:r>
    </w:p>
    <w:p>
      <w:pPr/>
      <w:r>
        <w:rPr/>
        <w:t>"A little."</w:t>
      </w:r>
    </w:p>
    <w:p>
      <w:pPr/>
      <w:r>
        <w:rPr/>
        <w:t>"Perfect. Caleb only plays a little too."</w:t>
      </w:r>
    </w:p>
    <w:p>
      <w:pPr/>
      <w:r>
        <w:rPr/>
        <w:t>"Hey," Caleb protested.</w:t>
      </w:r>
    </w:p>
    <w:p>
      <w:pPr/>
      <w:r>
        <w:rPr/>
        <w:t>Riley laughed again.</w:t>
      </w:r>
    </w:p>
    <w:p>
      <w:pPr/>
      <w:r>
        <w:rPr/>
        <w:t>Photina winked.</w:t>
      </w:r>
    </w:p>
    <w:p>
      <w:pPr/>
      <w:r>
        <w:rPr/>
        <w:t>"See you Friday."</w:t>
      </w:r>
    </w:p>
    <w:p>
      <w:pPr/>
      <w:r>
        <w:rPr/>
        <w:t>As Riley walked away, Caleb watched her disappear into the crowd.</w:t>
      </w:r>
    </w:p>
    <w:p>
      <w:pPr/>
      <w:r>
        <w:rPr/>
        <w:t>"You think she'll come back?"</w:t>
      </w:r>
    </w:p>
    <w:p>
      <w:pPr/>
      <w:r>
        <w:rPr/>
        <w:t>Photina considered the question.</w:t>
      </w:r>
    </w:p>
    <w:p>
      <w:pPr/>
      <w:r>
        <w:rPr/>
        <w:t>"I hope so."</w:t>
      </w:r>
    </w:p>
    <w:p>
      <w:pPr/>
      <w:r>
        <w:rPr/>
        <w:t>"And if she doesn't?"</w:t>
      </w:r>
    </w:p>
    <w:p>
      <w:pPr/>
      <w:r>
        <w:rPr/>
        <w:t>Photina looked toward the ocean.</w:t>
      </w:r>
    </w:p>
    <w:p>
      <w:pPr/>
      <w:r>
        <w:rPr/>
        <w:t>"Then I hope somebody else shows her the same kindness."</w:t>
      </w:r>
    </w:p>
    <w:p>
      <w:pPr/>
      <w:r>
        <w:rPr/>
      </w:r>
    </w:p>
    <w:p>
      <w:pPr/>
      <w:r>
        <w:rPr/>
      </w:r>
    </w:p>
    <w:p>
      <w:pPr>
        <w:pStyle w:val="Heading2"/>
      </w:pPr>
      <w:r>
        <w:rPr/>
        <w:t>CHAPTER TWENTY</w:t>
      </w:r>
    </w:p>
    <w:p>
      <w:pPr>
        <w:pStyle w:val="Heading1"/>
      </w:pPr>
      <w:r>
        <w:rPr/>
        <w:t>The Sound of Grace</w:t>
      </w:r>
    </w:p>
    <w:p>
      <w:pPr/>
      <w:r>
        <w:rPr/>
        <w:t>The last of the sunlight slipped beneath the horizon.</w:t>
      </w:r>
    </w:p>
    <w:p>
      <w:pPr/>
      <w:r>
        <w:rPr/>
        <w:t>The sky deepened into violet.</w:t>
      </w:r>
    </w:p>
    <w:p>
      <w:pPr/>
      <w:r>
        <w:rPr/>
        <w:t>Food trucks continued serving customers while the coffee stand glowed beneath its string lights.</w:t>
      </w:r>
    </w:p>
    <w:p>
      <w:pPr/>
      <w:r>
        <w:rPr/>
        <w:t>The skatepark was still busy.</w:t>
      </w:r>
    </w:p>
    <w:p>
      <w:pPr/>
      <w:r>
        <w:rPr/>
        <w:t>A teenager finally landed the trick he had been attempting all evening.</w:t>
      </w:r>
    </w:p>
    <w:p>
      <w:pPr/>
      <w:r>
        <w:rPr/>
        <w:t>His friends erupted in cheers.</w:t>
      </w:r>
    </w:p>
    <w:p>
      <w:pPr/>
      <w:r>
        <w:rPr/>
        <w:t>Photina raised her cup toward him.</w:t>
      </w:r>
    </w:p>
    <w:p>
      <w:pPr/>
      <w:r>
        <w:rPr/>
        <w:t>"About time!"</w:t>
      </w:r>
    </w:p>
    <w:p>
      <w:pPr/>
      <w:r>
        <w:rPr/>
        <w:t>Caleb laughed.</w:t>
      </w:r>
    </w:p>
    <w:p>
      <w:pPr/>
      <w:r>
        <w:rPr/>
        <w:t>She leaned against the wooden railing, watching the crowd.</w:t>
      </w:r>
    </w:p>
    <w:p>
      <w:pPr/>
      <w:r>
        <w:rPr/>
        <w:t>"You know what's funny?" she asked.</w:t>
      </w:r>
    </w:p>
    <w:p>
      <w:pPr/>
      <w:r>
        <w:rPr/>
        <w:t>"What?"</w:t>
      </w:r>
    </w:p>
    <w:p>
      <w:pPr/>
      <w:r>
        <w:rPr/>
        <w:t>"I used to think being a Christian meant I had to become somebody completely different."</w:t>
      </w:r>
    </w:p>
    <w:p>
      <w:pPr/>
      <w:r>
        <w:rPr/>
        <w:t>Caleb looked at her.</w:t>
      </w:r>
    </w:p>
    <w:p>
      <w:pPr/>
      <w:r>
        <w:rPr/>
        <w:t>"Different how?"</w:t>
      </w:r>
    </w:p>
    <w:p>
      <w:pPr/>
      <w:r>
        <w:rPr/>
        <w:t>"I don't know. Quiet. Proper. Always saying the right thing. Wearing the right clothes. Never laughing too loud."</w:t>
      </w:r>
    </w:p>
    <w:p>
      <w:pPr/>
      <w:r>
        <w:rPr/>
        <w:t>She glanced down at her pink skirt.</w:t>
      </w:r>
    </w:p>
    <w:p>
      <w:pPr/>
      <w:r>
        <w:rPr/>
        <w:t>"Definitely not this."</w:t>
      </w:r>
    </w:p>
    <w:p>
      <w:pPr/>
      <w:r>
        <w:rPr/>
        <w:t>Caleb smiled.</w:t>
      </w:r>
    </w:p>
    <w:p>
      <w:pPr/>
      <w:r>
        <w:rPr/>
        <w:t>"That would've lasted about twelve minutes."</w:t>
      </w:r>
    </w:p>
    <w:p>
      <w:pPr/>
      <w:r>
        <w:rPr/>
        <w:t>"Probably eight."</w:t>
      </w:r>
    </w:p>
    <w:p>
      <w:pPr/>
      <w:r>
        <w:rPr/>
        <w:t>They laughed.</w:t>
      </w:r>
    </w:p>
    <w:p>
      <w:pPr/>
      <w:r>
        <w:rPr/>
        <w:t>Then Photina grew thoughtful.</w:t>
      </w:r>
    </w:p>
    <w:p>
      <w:pPr/>
      <w:r>
        <w:rPr/>
        <w:t>"But Jesus really did change me."</w:t>
      </w:r>
    </w:p>
    <w:p>
      <w:pPr/>
      <w:r>
        <w:rPr/>
        <w:t>Caleb nodded.</w:t>
      </w:r>
    </w:p>
    <w:p>
      <w:pPr/>
      <w:r>
        <w:rPr/>
        <w:t>"I know."</w:t>
      </w:r>
    </w:p>
    <w:p>
      <w:pPr/>
      <w:r>
        <w:rPr/>
        <w:t>She looked out over the ocean.</w:t>
      </w:r>
    </w:p>
    <w:p>
      <w:pPr/>
      <w:r>
        <w:rPr/>
        <w:t>"He didn't take away everything that makes me me."</w:t>
      </w:r>
    </w:p>
    <w:p>
      <w:pPr/>
      <w:r>
        <w:rPr/>
        <w:t>Her fingers rested against the little cross hanging from her necklace.</w:t>
      </w:r>
    </w:p>
    <w:p>
      <w:pPr/>
      <w:r>
        <w:rPr/>
        <w:t>"He started changing the things that were destroying me."</w:t>
      </w:r>
    </w:p>
    <w:p>
      <w:pPr/>
      <w:r>
        <w:rPr/>
        <w:t>Caleb didn't answer immediately.</w:t>
      </w:r>
    </w:p>
    <w:p>
      <w:pPr/>
      <w:r>
        <w:rPr/>
        <w:t>He understood.</w:t>
      </w:r>
    </w:p>
    <w:p>
      <w:pPr/>
      <w:r>
        <w:rPr/>
        <w:t>For him, faith hadn't erased the memories of war.</w:t>
      </w:r>
    </w:p>
    <w:p>
      <w:pPr/>
      <w:r>
        <w:rPr/>
        <w:t>It had begun changing the way he carried them.</w:t>
      </w:r>
    </w:p>
    <w:p>
      <w:pPr/>
      <w:r>
        <w:rPr/>
        <w:t>Photina turned toward him.</w:t>
      </w:r>
    </w:p>
    <w:p>
      <w:pPr/>
      <w:r>
        <w:rPr/>
        <w:t>"And I think that's what people need to understand."</w:t>
      </w:r>
    </w:p>
    <w:p>
      <w:pPr/>
      <w:r>
        <w:rPr/>
        <w:t>"What?"</w:t>
      </w:r>
    </w:p>
    <w:p>
      <w:pPr/>
      <w:r>
        <w:rPr/>
        <w:t>"God isn't asking them to become somebody else before they come to Him."</w:t>
      </w:r>
    </w:p>
    <w:p>
      <w:pPr/>
      <w:r>
        <w:rPr/>
        <w:t>She smiled.</w:t>
      </w:r>
    </w:p>
    <w:p>
      <w:pPr/>
      <w:r>
        <w:rPr/>
        <w:t>"He's asking them to come."</w:t>
      </w:r>
    </w:p>
    <w:p>
      <w:pPr/>
      <w:r>
        <w:rPr/>
        <w:t>The open mic host approached their table.</w:t>
      </w:r>
    </w:p>
    <w:p>
      <w:pPr/>
      <w:r>
        <w:rPr/>
        <w:t>"Hey, you two."</w:t>
      </w:r>
    </w:p>
    <w:p>
      <w:pPr/>
      <w:r>
        <w:rPr/>
        <w:t>Photina turned.</w:t>
      </w:r>
    </w:p>
    <w:p>
      <w:pPr/>
      <w:r>
        <w:rPr/>
        <w:t>"Depends. Are we in trouble?"</w:t>
      </w:r>
    </w:p>
    <w:p>
      <w:pPr/>
      <w:r>
        <w:rPr/>
        <w:t>The girl laughed.</w:t>
      </w:r>
    </w:p>
    <w:p>
      <w:pPr/>
      <w:r>
        <w:rPr/>
        <w:t>"No. Our last performer canceled. You guys want to do one more?"</w:t>
      </w:r>
    </w:p>
    <w:p>
      <w:pPr/>
      <w:r>
        <w:rPr/>
        <w:t>Caleb looked at Photina.</w:t>
      </w:r>
    </w:p>
    <w:p>
      <w:pPr/>
      <w:r>
        <w:rPr/>
        <w:t>Photina looked at Caleb.</w:t>
      </w:r>
    </w:p>
    <w:p>
      <w:pPr/>
      <w:r>
        <w:rPr/>
        <w:t>Neither needed much convincing.</w:t>
      </w:r>
    </w:p>
    <w:p>
      <w:pPr/>
      <w:r>
        <w:rPr/>
        <w:t>Five minutes later, they were back onstage.</w:t>
      </w:r>
    </w:p>
    <w:p>
      <w:pPr/>
      <w:r>
        <w:rPr/>
        <w:t>This time, Photina didn't give a speech.</w:t>
      </w:r>
    </w:p>
    <w:p>
      <w:pPr/>
      <w:r>
        <w:rPr/>
        <w:t>She simply adjusted her guitar strap and smiled at the crowd.</w:t>
      </w:r>
    </w:p>
    <w:p>
      <w:pPr/>
      <w:r>
        <w:rPr/>
        <w:t>"All right, everybody. This one's for anyone who's ever felt like they didn't belong."</w:t>
      </w:r>
    </w:p>
    <w:p>
      <w:pPr/>
      <w:r>
        <w:rPr/>
        <w:t>Caleb began playing.</w:t>
      </w:r>
    </w:p>
    <w:p>
      <w:pPr/>
      <w:r>
        <w:rPr/>
        <w:t>Photina closed her eyes.</w:t>
      </w:r>
    </w:p>
    <w:p>
      <w:pPr/>
      <w:r>
        <w:rPr/>
        <w:t>The opening chords were softer this time.</w:t>
      </w:r>
    </w:p>
    <w:p>
      <w:pPr/>
      <w:r>
        <w:rPr/>
        <w:t>Less attitude.</w:t>
      </w:r>
    </w:p>
    <w:p>
      <w:pPr/>
      <w:r>
        <w:rPr/>
        <w:t>More tenderness.</w:t>
      </w:r>
    </w:p>
    <w:p>
      <w:pPr/>
      <w:r>
        <w:rPr/>
        <w:t>Her voice carried over the crowd, through the string lights, past the food trucks, and toward the ocean.</w:t>
      </w:r>
    </w:p>
    <w:p>
      <w:pPr/>
      <w:r>
        <w:rPr/>
        <w:t>Somewhere near the skate ramp, Riley had stopped walking.</w:t>
      </w:r>
    </w:p>
    <w:p>
      <w:pPr/>
      <w:r>
        <w:rPr/>
        <w:t>She turned around.</w:t>
      </w:r>
    </w:p>
    <w:p>
      <w:pPr/>
      <w:r>
        <w:rPr/>
        <w:t>And listened.</w:t>
      </w:r>
    </w:p>
    <w:p>
      <w:pPr/>
      <w:r>
        <w:rPr/>
        <w:t>Photina never saw her.</w:t>
      </w:r>
    </w:p>
    <w:p>
      <w:pPr/>
      <w:r>
        <w:rPr/>
        <w:t>She was too busy singing.</w:t>
      </w:r>
    </w:p>
    <w:p>
      <w:pPr/>
      <w:r>
        <w:rPr/>
        <w:t>But Riley stayed until the final chord.</w:t>
      </w:r>
    </w:p>
    <w:p>
      <w:pPr/>
      <w:r>
        <w:rPr/>
        <w:t>Then she slipped her phone from her pocket and opened the Bible app she had downloaded months earlier but never used.</w:t>
      </w:r>
    </w:p>
    <w:p>
      <w:pPr/>
      <w:r>
        <w:rPr/>
        <w:t>She searched for the story Photina had mentioned.</w:t>
      </w:r>
    </w:p>
    <w:p>
      <w:pPr/>
      <w:r>
        <w:rPr/>
        <w:t>The woman at the well.</w:t>
      </w:r>
    </w:p>
    <w:p>
      <w:pPr/>
      <w:r>
        <w:rPr/>
        <w:t>John chapter four.</w:t>
      </w:r>
    </w:p>
    <w:p>
      <w:pPr/>
      <w:r>
        <w:rPr/>
        <w:t>She began reading.</w:t>
      </w:r>
    </w:p>
    <w:p>
      <w:pPr/>
      <w:r>
        <w:rPr/>
        <w:t>Later that night, after the equipment had been packed away and the coffee stand had closed, Photina walked alone toward the boardwalk.</w:t>
      </w:r>
    </w:p>
    <w:p>
      <w:pPr/>
      <w:r>
        <w:rPr/>
        <w:t>Caleb had gone to load the guitars into the car.</w:t>
      </w:r>
    </w:p>
    <w:p>
      <w:pPr/>
      <w:r>
        <w:rPr/>
        <w:t>The ocean breeze was cooler now.</w:t>
      </w:r>
    </w:p>
    <w:p>
      <w:pPr/>
      <w:r>
        <w:rPr/>
        <w:t>She stopped beside a mural painted across a long concrete wall.</w:t>
      </w:r>
    </w:p>
    <w:p>
      <w:pPr/>
      <w:r>
        <w:rPr/>
        <w:t>It showed a storm.</w:t>
      </w:r>
    </w:p>
    <w:p>
      <w:pPr/>
      <w:r>
        <w:rPr/>
        <w:t>Towering waves.</w:t>
      </w:r>
    </w:p>
    <w:p>
      <w:pPr/>
      <w:r>
        <w:rPr/>
        <w:t>Lightning splitting the darkness.</w:t>
      </w:r>
    </w:p>
    <w:p>
      <w:pPr/>
      <w:r>
        <w:rPr/>
        <w:t>And a young woman walking across the water toward Jesus.</w:t>
      </w:r>
    </w:p>
    <w:p>
      <w:pPr/>
      <w:r>
        <w:rPr/>
        <w:t>The woman had vivid red hair.</w:t>
      </w:r>
    </w:p>
    <w:p>
      <w:pPr/>
      <w:r>
        <w:rPr/>
        <w:t>Her dress streamed behind her in the wind.</w:t>
      </w:r>
    </w:p>
    <w:p>
      <w:pPr/>
      <w:r>
        <w:rPr/>
        <w:t>Her eyes were fixed on Christ.</w:t>
      </w:r>
    </w:p>
    <w:p>
      <w:pPr/>
      <w:r>
        <w:rPr/>
        <w:t>Not on the waves.</w:t>
      </w:r>
    </w:p>
    <w:p>
      <w:pPr/>
      <w:r>
        <w:rPr/>
        <w:t>Not on the lightning.</w:t>
      </w:r>
    </w:p>
    <w:p>
      <w:pPr/>
      <w:r>
        <w:rPr/>
        <w:t>Not on the impossible distance between them.</w:t>
      </w:r>
    </w:p>
    <w:p>
      <w:pPr/>
      <w:r>
        <w:rPr/>
        <w:t>On Him.</w:t>
      </w:r>
    </w:p>
    <w:p>
      <w:pPr/>
      <w:r>
        <w:rPr/>
        <w:t>Photina smiled.</w:t>
      </w:r>
    </w:p>
    <w:p>
      <w:pPr/>
      <w:r>
        <w:rPr/>
        <w:t>She remembered painting it.</w:t>
      </w:r>
    </w:p>
    <w:p>
      <w:pPr/>
      <w:r>
        <w:rPr/>
        <w:t>She had wanted the girl's eyes to be the most important part.</w:t>
      </w:r>
    </w:p>
    <w:p>
      <w:pPr/>
      <w:r>
        <w:rPr/>
        <w:t>Crystal blue.</w:t>
      </w:r>
    </w:p>
    <w:p>
      <w:pPr/>
      <w:r>
        <w:rPr/>
        <w:t>Beautiful.</w:t>
      </w:r>
    </w:p>
    <w:p>
      <w:pPr/>
      <w:r>
        <w:rPr/>
        <w:t>Focused.</w:t>
      </w:r>
    </w:p>
    <w:p>
      <w:pPr/>
      <w:r>
        <w:rPr/>
        <w:t>Not because the storm wasn't frightening.</w:t>
      </w:r>
    </w:p>
    <w:p>
      <w:pPr/>
      <w:r>
        <w:rPr/>
        <w:t>But because she had found Someone greater than the storm.</w:t>
      </w:r>
    </w:p>
    <w:p>
      <w:pPr/>
      <w:r>
        <w:rPr/>
        <w:t>Photina reached out and touched the painted concrete.</w:t>
      </w:r>
    </w:p>
    <w:p>
      <w:pPr/>
      <w:r>
        <w:rPr/>
        <w:t>For a moment, she thought about Peter stepping out of the boat.</w:t>
      </w:r>
    </w:p>
    <w:p>
      <w:pPr/>
      <w:r>
        <w:rPr/>
        <w:t>She thought about how quickly courage could become fear when a person started looking at the waves instead of Jesus.</w:t>
      </w:r>
    </w:p>
    <w:p>
      <w:pPr/>
      <w:r>
        <w:rPr/>
        <w:t>Then she thought about Riley.</w:t>
      </w:r>
    </w:p>
    <w:p>
      <w:pPr/>
      <w:r>
        <w:rPr/>
        <w:t>The girl hadn't made a dramatic declaration.</w:t>
      </w:r>
    </w:p>
    <w:p>
      <w:pPr/>
      <w:r>
        <w:rPr/>
        <w:t>Hadn't stood in front of the crowd.</w:t>
      </w:r>
    </w:p>
    <w:p>
      <w:pPr/>
      <w:r>
        <w:rPr/>
        <w:t>Hadn't promised to change her entire life.</w:t>
      </w:r>
    </w:p>
    <w:p>
      <w:pPr/>
      <w:r>
        <w:rPr/>
        <w:t>She had simply listened.</w:t>
      </w:r>
    </w:p>
    <w:p>
      <w:pPr/>
      <w:r>
        <w:rPr/>
        <w:t>And asked a question.</w:t>
      </w:r>
    </w:p>
    <w:p>
      <w:pPr/>
      <w:r>
        <w:rPr/>
        <w:t>Photina smiled.</w:t>
      </w:r>
    </w:p>
    <w:p>
      <w:pPr/>
      <w:r>
        <w:rPr/>
        <w:t>Sometimes that was where faith began.</w:t>
      </w:r>
    </w:p>
    <w:p>
      <w:pPr/>
      <w:r>
        <w:rPr/>
        <w:t>Not with a perfect answer.</w:t>
      </w:r>
    </w:p>
    <w:p>
      <w:pPr/>
      <w:r>
        <w:rPr/>
        <w:t>But with a willingness to ask.</w:t>
      </w:r>
    </w:p>
    <w:p>
      <w:pPr/>
      <w:r>
        <w:rPr/>
        <w:t>She stepped away from the mural.</w:t>
      </w:r>
    </w:p>
    <w:p>
      <w:pPr/>
      <w:r>
        <w:rPr/>
        <w:t>Behind her, the painted waves continued crashing around the girl whose eyes remained fixed on Christ.</w:t>
      </w:r>
    </w:p>
    <w:p>
      <w:pPr/>
      <w:r>
        <w:rPr/>
        <w:t>And somewhere beyond the boardwalk, Caleb called her name.</w:t>
      </w:r>
    </w:p>
    <w:p>
      <w:pPr/>
      <w:r>
        <w:rPr/>
        <w:t>"Photina!"</w:t>
      </w:r>
    </w:p>
    <w:p>
      <w:pPr/>
      <w:r>
        <w:rPr/>
        <w:t>She turned.</w:t>
      </w:r>
    </w:p>
    <w:p>
      <w:pPr/>
      <w:r>
        <w:rPr/>
        <w:t>"What?"</w:t>
      </w:r>
    </w:p>
    <w:p>
      <w:pPr/>
      <w:r>
        <w:rPr/>
        <w:t>"You coming?"</w:t>
      </w:r>
    </w:p>
    <w:p>
      <w:pPr/>
      <w:r>
        <w:rPr/>
        <w:t>She smiled.</w:t>
      </w:r>
    </w:p>
    <w:p>
      <w:pPr/>
      <w:r>
        <w:rPr/>
        <w:t>"Yeah."</w:t>
      </w:r>
    </w:p>
    <w:p>
      <w:pPr/>
      <w:r>
        <w:rPr/>
        <w:t>Then she hurried toward him.</w:t>
      </w:r>
    </w:p>
    <w:p>
      <w:pPr/>
      <w:r>
        <w:rPr/>
      </w:r>
    </w:p>
    <w:p>
      <w:pPr/>
      <w:r>
        <w:rPr/>
      </w:r>
    </w:p>
    <w:p>
      <w:pPr>
        <w:pStyle w:val="Heading2"/>
      </w:pPr>
      <w:r>
        <w:rPr/>
        <w:t>CHAPTER TWENTY-ONE</w:t>
      </w:r>
    </w:p>
    <w:p>
      <w:pPr>
        <w:pStyle w:val="Heading1"/>
      </w:pPr>
      <w:r>
        <w:rPr/>
        <w:t>A Place for the Broken</w:t>
      </w:r>
    </w:p>
    <w:p>
      <w:pPr/>
      <w:r>
        <w:rPr/>
        <w:t>The first thing people noticed about The Ark wasn't the coffee.</w:t>
      </w:r>
    </w:p>
    <w:p>
      <w:pPr/>
      <w:r>
        <w:rPr/>
        <w:t>It was the feeling.</w:t>
      </w:r>
    </w:p>
    <w:p>
      <w:pPr/>
      <w:r>
        <w:rPr/>
        <w:t>Warm amber lights hung above mismatched chairs and colorful rugs.</w:t>
      </w:r>
    </w:p>
    <w:p>
      <w:pPr/>
      <w:r>
        <w:rPr/>
        <w:t>Surfboards rested against the walls.</w:t>
      </w:r>
    </w:p>
    <w:p>
      <w:pPr/>
      <w:r>
        <w:rPr/>
        <w:t>Green plants spilled from shelves near the windows.</w:t>
      </w:r>
    </w:p>
    <w:p>
      <w:pPr/>
      <w:r>
        <w:rPr/>
        <w:t>Behind the counter, an espresso machine hissed.</w:t>
      </w:r>
    </w:p>
    <w:p>
      <w:pPr/>
      <w:r>
        <w:rPr/>
        <w:t>Freshly ground coffee filled the room with a deep, comforting smell.</w:t>
      </w:r>
    </w:p>
    <w:p>
      <w:pPr/>
      <w:r>
        <w:rPr/>
        <w:t>Somebody was tuning a guitar near the little stage.</w:t>
      </w:r>
    </w:p>
    <w:p>
      <w:pPr/>
      <w:r>
        <w:rPr/>
        <w:t>Someone else laughed so loudly that half the room turned around.</w:t>
      </w:r>
    </w:p>
    <w:p>
      <w:pPr/>
      <w:r>
        <w:rPr/>
        <w:t>It wasn't a fancy place.</w:t>
      </w:r>
    </w:p>
    <w:p>
      <w:pPr/>
      <w:r>
        <w:rPr/>
        <w:t>That was part of its charm.</w:t>
      </w:r>
    </w:p>
    <w:p>
      <w:pPr/>
      <w:r>
        <w:rPr/>
        <w:t>People came in wearing business suits, beach shorts, work boots, and occasionally clothes that had seen better days.</w:t>
      </w:r>
    </w:p>
    <w:p>
      <w:pPr/>
      <w:r>
        <w:rPr/>
        <w:t>Nobody seemed particularly interested in checking who belonged.</w:t>
      </w:r>
    </w:p>
    <w:p>
      <w:pPr/>
      <w:r>
        <w:rPr/>
        <w:t>That would prove important.</w:t>
      </w:r>
    </w:p>
    <w:p>
      <w:pPr/>
      <w:r>
        <w:rPr/>
        <w:t>Because the people who found their way into The Ark were carrying more than coffee orders.</w:t>
      </w:r>
    </w:p>
    <w:p>
      <w:pPr/>
      <w:r>
        <w:rPr/>
        <w:t>They carried secrets.</w:t>
      </w:r>
    </w:p>
    <w:p>
      <w:pPr/>
      <w:r>
        <w:rPr/>
        <w:t>Regrets.</w:t>
      </w:r>
    </w:p>
    <w:p>
      <w:pPr/>
      <w:r>
        <w:rPr/>
        <w:t>Broken promises.</w:t>
      </w:r>
    </w:p>
    <w:p>
      <w:pPr/>
      <w:r>
        <w:rPr/>
        <w:t>And questions about God they were sometimes afraid to ask.</w:t>
      </w:r>
    </w:p>
    <w:p>
      <w:pPr/>
      <w:r>
        <w:rPr/>
        <w:t>Edel eventually found herself standing on that little stage with her guitar.</w:t>
      </w:r>
    </w:p>
    <w:p>
      <w:pPr/>
      <w:r>
        <w:rPr/>
        <w:t>Her fingers trembled slightly.</w:t>
      </w:r>
    </w:p>
    <w:p>
      <w:pPr/>
      <w:r>
        <w:rPr/>
        <w:t>She had performed before.</w:t>
      </w:r>
    </w:p>
    <w:p>
      <w:pPr/>
      <w:r>
        <w:rPr/>
        <w:t>But this was different.</w:t>
      </w:r>
    </w:p>
    <w:p>
      <w:pPr/>
      <w:r>
        <w:rPr/>
        <w:t>She wasn't trying to impress anybody.</w:t>
      </w:r>
    </w:p>
    <w:p>
      <w:pPr/>
      <w:r>
        <w:rPr/>
        <w:t>By the time Photina and Caleb returned from the Pacific coast, The Ark had become more than a place to perform. People came for the coffee and stayed because someone remembered their names.</w:t>
      </w:r>
    </w:p>
    <w:p>
      <w:pPr/>
      <w:r>
        <w:rPr/>
        <w:t>Edel stood on the little stage with her guitar. Eden sat nearby, listening with the quiet attention of someone who understood how much courage an honest song could require.</w:t>
      </w:r>
    </w:p>
    <w:p>
      <w:pPr/>
      <w:r>
        <w:rPr/>
        <w:t>Caleb carried a spare microphone stand to the stage. Photina followed him, balancing two drinks.</w:t>
      </w:r>
    </w:p>
    <w:p>
      <w:pPr/>
      <w:r>
        <w:rPr/>
        <w:t>“If anybody asks,” she said, “the caramel one is mine.”</w:t>
      </w:r>
    </w:p>
    <w:p>
      <w:pPr/>
      <w:r>
        <w:rPr/>
        <w:t>“Nobody was going to ask.”</w:t>
      </w:r>
    </w:p>
    <w:p>
      <w:pPr/>
      <w:r>
        <w:rPr/>
        <w:t>“Good. Then we have an understanding.”</w:t>
      </w:r>
    </w:p>
    <w:p>
      <w:pPr/>
      <w:r>
        <w:rPr/>
        <w:t>Across the room, Maggie was finishing a long shift. She pushed her glasses higher on her nose and glanced at her phone. A message about Talia waited on the screen.</w:t>
      </w:r>
    </w:p>
    <w:p>
      <w:pPr/>
      <w:r>
        <w:rPr/>
        <w:t>She set the phone facedown, but Photina noticed her expression.</w:t>
      </w:r>
    </w:p>
    <w:p>
      <w:pPr/>
      <w:r>
        <w:rPr/>
        <w:t>“Everything okay?”</w:t>
      </w:r>
    </w:p>
    <w:p>
      <w:pPr/>
      <w:r>
        <w:rPr/>
        <w:t>Maggie hesitated. “My daughter’s in the hospital.”</w:t>
      </w:r>
    </w:p>
    <w:p>
      <w:pPr/>
      <w:r>
        <w:rPr/>
        <w:t>Photina lowered her cup.</w:t>
      </w:r>
    </w:p>
    <w:p>
      <w:pPr/>
      <w:r>
        <w:rPr/>
        <w:t>For a moment the espresso machine hissed louder than the conversation around them.</w:t>
      </w:r>
    </w:p>
    <w:p>
      <w:pPr/>
      <w:r>
        <w:rPr/>
        <w:t>“I’m sorry,” she said. “Do you want to tell me about her?”</w:t>
      </w:r>
    </w:p>
    <w:p>
      <w:pPr/>
      <w:r>
        <w:rPr/>
        <w:t>Maggie looked toward the stage, where Edel was adjusting the microphone.</w:t>
      </w:r>
    </w:p>
    <w:p>
      <w:pPr/>
      <w:r>
        <w:rPr/>
        <w:t>“Maybe after the song.”</w:t>
      </w:r>
    </w:p>
    <w:p>
      <w:pPr/>
      <w:r>
        <w:rPr/>
        <w:t>Photina nodded and pulled out a chair.</w:t>
      </w:r>
    </w:p>
    <w:p>
      <w:pPr/>
      <w:r>
        <w:rPr/>
        <w:t>At The Ark, no one had to tell the whole story the moment they walked through the door. Sometimes it was enough to find a seat and know somebody would still be there when the music ended.</w:t>
      </w:r>
    </w:p>
    <w:p>
      <w:pPr/>
      <w:r>
        <w:rPr/>
      </w:r>
    </w:p>
    <w:p>
      <w:pPr>
        <w:pStyle w:val="Heading2"/>
      </w:pPr>
      <w:r>
        <w:rPr/>
        <w:t>CHAPTER TWENTY-TWO</w:t>
      </w:r>
    </w:p>
    <w:p>
      <w:pPr>
        <w:pStyle w:val="Heading1"/>
      </w:pPr>
      <w:r>
        <w:rPr/>
        <w:t>The Girl in the Hospital Bed</w:t>
      </w:r>
    </w:p>
    <w:p>
      <w:pPr/>
      <w:r>
        <w:rPr/>
        <w:t>Photina stood outside the hospital room with a paper cup of coffee.</w:t>
      </w:r>
    </w:p>
    <w:p>
      <w:pPr/>
      <w:r>
        <w:rPr/>
        <w:t>This one was considerably better.</w:t>
      </w:r>
    </w:p>
    <w:p>
      <w:pPr/>
      <w:r>
        <w:rPr/>
        <w:t>Unfortunately, that was the only good thing about the evening.</w:t>
      </w:r>
    </w:p>
    <w:p>
      <w:pPr/>
      <w:r>
        <w:rPr/>
        <w:t>Hospitals made her uncomfortable.</w:t>
      </w:r>
    </w:p>
    <w:p>
      <w:pPr/>
      <w:r>
        <w:rPr/>
        <w:t>The smell of disinfectant.</w:t>
      </w:r>
    </w:p>
    <w:p>
      <w:pPr/>
      <w:r>
        <w:rPr/>
        <w:t>The squeak of rubber soles against polished floors.</w:t>
      </w:r>
    </w:p>
    <w:p>
      <w:pPr/>
      <w:r>
        <w:rPr/>
        <w:t>The distant beeping of machines.</w:t>
      </w:r>
    </w:p>
    <w:p>
      <w:pPr/>
      <w:r>
        <w:rPr/>
        <w:t>Everything sounded too clean.</w:t>
      </w:r>
    </w:p>
    <w:p>
      <w:pPr/>
      <w:r>
        <w:rPr/>
        <w:t>Too serious.</w:t>
      </w:r>
    </w:p>
    <w:p>
      <w:pPr/>
      <w:r>
        <w:rPr/>
        <w:t>She had come because of Maggie.</w:t>
      </w:r>
    </w:p>
    <w:p>
      <w:pPr/>
      <w:r>
        <w:rPr/>
        <w:t>Maggie had told her about her daughter, Talia.</w:t>
      </w:r>
    </w:p>
    <w:p>
      <w:pPr/>
      <w:r>
        <w:rPr/>
        <w:t>Cancer.</w:t>
      </w:r>
    </w:p>
    <w:p>
      <w:pPr/>
      <w:r>
        <w:rPr/>
        <w:t>Even the word made Photina's stomach tighten.</w:t>
      </w:r>
    </w:p>
    <w:p>
      <w:pPr/>
      <w:r>
        <w:rPr/>
        <w:t>She had heard Maggie talk about the fear of losing her daughter and the years of family strain that had come before.</w:t>
      </w:r>
    </w:p>
    <w:p>
      <w:pPr/>
      <w:r>
        <w:rPr/>
        <w:t>Photina understood complicated families.</w:t>
      </w:r>
    </w:p>
    <w:p>
      <w:pPr/>
      <w:r>
        <w:rPr/>
        <w:t>She understood angry daughters even better.</w:t>
      </w:r>
    </w:p>
    <w:p>
      <w:pPr/>
      <w:r>
        <w:rPr/>
        <w:t>Still, she hadn't expected what happened when she entered the room.</w:t>
      </w:r>
    </w:p>
    <w:p>
      <w:pPr/>
      <w:r>
        <w:rPr/>
        <w:t>Talia lay beneath a blue hospital blanket.</w:t>
      </w:r>
    </w:p>
    <w:p>
      <w:pPr/>
      <w:r>
        <w:rPr/>
        <w:t>Her long black hair spread across the pillow.</w:t>
      </w:r>
    </w:p>
    <w:p>
      <w:pPr/>
      <w:r>
        <w:rPr/>
        <w:t>Her skin looked pale beneath the soft lights.</w:t>
      </w:r>
    </w:p>
    <w:p>
      <w:pPr/>
      <w:r>
        <w:rPr/>
        <w:t>Photina stopped.</w:t>
      </w:r>
    </w:p>
    <w:p>
      <w:pPr/>
      <w:r>
        <w:rPr/>
        <w:t>Something about her face seemed familiar.</w:t>
      </w:r>
    </w:p>
    <w:p>
      <w:pPr/>
      <w:r>
        <w:rPr/>
        <w:t>Then Talia turned.</w:t>
      </w:r>
    </w:p>
    <w:p>
      <w:pPr/>
      <w:r>
        <w:rPr/>
        <w:t>Their eyes met.</w:t>
      </w:r>
    </w:p>
    <w:p>
      <w:pPr/>
      <w:r>
        <w:rPr/>
        <w:t>And the years disappeared.</w:t>
      </w:r>
    </w:p>
    <w:p>
      <w:pPr/>
      <w:r>
        <w:rPr/>
        <w:t>Suddenly Photina wasn't standing in a hospital.</w:t>
      </w:r>
    </w:p>
    <w:p>
      <w:pPr/>
      <w:r>
        <w:rPr/>
        <w:t>She was back in a neon-lit alley.</w:t>
      </w:r>
    </w:p>
    <w:p>
      <w:pPr/>
      <w:r>
        <w:rPr/>
        <w:t>Angry voices.</w:t>
      </w:r>
    </w:p>
    <w:p>
      <w:pPr/>
      <w:r>
        <w:rPr/>
        <w:t>Accusations.</w:t>
      </w:r>
    </w:p>
    <w:p>
      <w:pPr/>
      <w:r>
        <w:rPr/>
        <w:t>Two young women who had turned their pain into weapons.</w:t>
      </w:r>
    </w:p>
    <w:p>
      <w:pPr/>
      <w:r>
        <w:rPr/>
        <w:t>Photina remembered the argument.</w:t>
      </w:r>
    </w:p>
    <w:p>
      <w:pPr/>
      <w:r>
        <w:rPr/>
        <w:t>The fight.</w:t>
      </w:r>
    </w:p>
    <w:p>
      <w:pPr/>
      <w:r>
        <w:rPr/>
        <w:t>The hatred in Talia's eyes.</w:t>
      </w:r>
    </w:p>
    <w:p>
      <w:pPr/>
      <w:r>
        <w:rPr/>
        <w:t>And, if she was willing to admit it, the hatred in her own.</w:t>
      </w:r>
    </w:p>
    <w:p>
      <w:pPr/>
      <w:r>
        <w:rPr/>
        <w:t>Talia stared at her.</w:t>
      </w:r>
    </w:p>
    <w:p>
      <w:pPr/>
      <w:r>
        <w:rPr/>
        <w:t>"I remember you."</w:t>
      </w:r>
    </w:p>
    <w:p>
      <w:pPr/>
      <w:r>
        <w:rPr/>
        <w:t>Photina swallowed.</w:t>
      </w:r>
    </w:p>
    <w:p>
      <w:pPr/>
      <w:r>
        <w:rPr/>
        <w:t>"Yeah."</w:t>
      </w:r>
    </w:p>
    <w:p>
      <w:pPr/>
      <w:r>
        <w:rPr/>
        <w:t>Maggie looked between them.</w:t>
      </w:r>
    </w:p>
    <w:p>
      <w:pPr/>
      <w:r>
        <w:rPr/>
        <w:t>"You two know each other?"</w:t>
      </w:r>
    </w:p>
    <w:p>
      <w:pPr/>
      <w:r>
        <w:rPr/>
        <w:t>Neither answered.</w:t>
      </w:r>
    </w:p>
    <w:p>
      <w:pPr/>
      <w:r>
        <w:rPr/>
        <w:t>A machine beeped.</w:t>
      </w:r>
    </w:p>
    <w:p>
      <w:pPr/>
      <w:r>
        <w:rPr/>
        <w:t>The silence stretched.</w:t>
      </w:r>
    </w:p>
    <w:p>
      <w:pPr/>
      <w:r>
        <w:rPr/>
        <w:t>Photina wanted to leave.</w:t>
      </w:r>
    </w:p>
    <w:p>
      <w:pPr/>
      <w:r>
        <w:rPr/>
        <w:t>Every stubborn instinct told her to turn around and walk straight out that door.</w:t>
      </w:r>
    </w:p>
    <w:p>
      <w:pPr/>
      <w:r>
        <w:rPr/>
        <w:t>But she looked at Talia again.</w:t>
      </w:r>
    </w:p>
    <w:p>
      <w:pPr/>
      <w:r>
        <w:rPr/>
        <w:t>This wasn't the fierce girl from the alley.</w:t>
      </w:r>
    </w:p>
    <w:p>
      <w:pPr/>
      <w:r>
        <w:rPr/>
        <w:t>This was a frightened young woman lying in a hospital bed.</w:t>
      </w:r>
    </w:p>
    <w:p>
      <w:pPr/>
      <w:r>
        <w:rPr/>
        <w:t>And suddenly their old argument seemed terribly small.</w:t>
      </w:r>
    </w:p>
    <w:p>
      <w:pPr/>
      <w:r>
        <w:rPr/>
        <w:t>Photina moved closer.</w:t>
      </w:r>
    </w:p>
    <w:p>
      <w:pPr/>
      <w:r>
        <w:rPr/>
        <w:t>"I didn't know it was you."</w:t>
      </w:r>
    </w:p>
    <w:p>
      <w:pPr/>
      <w:r>
        <w:rPr/>
        <w:t>Talia looked away.</w:t>
      </w:r>
    </w:p>
    <w:p>
      <w:pPr/>
      <w:r>
        <w:rPr/>
        <w:t>"Why are you here?"</w:t>
      </w:r>
    </w:p>
    <w:p>
      <w:pPr/>
      <w:r>
        <w:rPr/>
        <w:t>Photina glanced at Maggie.</w:t>
      </w:r>
    </w:p>
    <w:p>
      <w:pPr/>
      <w:r>
        <w:rPr/>
        <w:t>Then back at Talia.</w:t>
      </w:r>
    </w:p>
    <w:p>
      <w:pPr/>
      <w:r>
        <w:rPr/>
        <w:t>"Because somebody told me you needed prayer."</w:t>
      </w:r>
    </w:p>
    <w:p>
      <w:pPr/>
      <w:r>
        <w:rPr/>
        <w:t>Talia gave a weak laugh.</w:t>
      </w:r>
    </w:p>
    <w:p>
      <w:pPr/>
      <w:r>
        <w:rPr/>
        <w:t>"You?"</w:t>
      </w:r>
    </w:p>
    <w:p>
      <w:pPr/>
      <w:r>
        <w:rPr/>
        <w:t>"Yeah, I know. Shocking."</w:t>
      </w:r>
    </w:p>
    <w:p>
      <w:pPr/>
      <w:r>
        <w:rPr/>
        <w:t>No one laughed.</w:t>
      </w:r>
    </w:p>
    <w:p>
      <w:pPr/>
      <w:r>
        <w:rPr/>
        <w:t>Photina lowered her eyes.</w:t>
      </w:r>
    </w:p>
    <w:p>
      <w:pPr/>
      <w:r>
        <w:rPr/>
        <w:t>For once, sarcasm wasn't going to help.</w:t>
      </w:r>
    </w:p>
    <w:p>
      <w:pPr/>
      <w:r>
        <w:rPr/>
        <w:t>She pulled a chair beside the bed.</w:t>
      </w:r>
    </w:p>
    <w:p>
      <w:pPr/>
      <w:r>
        <w:rPr/>
        <w:t>"Look. I can't pretend we liked each other."</w:t>
      </w:r>
    </w:p>
    <w:p>
      <w:pPr/>
      <w:r>
        <w:rPr/>
        <w:t>Talia said nothing.</w:t>
      </w:r>
    </w:p>
    <w:p>
      <w:pPr/>
      <w:r>
        <w:rPr/>
        <w:t>"And I'm not going to pretend I was some wonderful person back then."</w:t>
      </w:r>
    </w:p>
    <w:p>
      <w:pPr/>
      <w:r>
        <w:rPr/>
        <w:t>Photina's voice softened.</w:t>
      </w:r>
    </w:p>
    <w:p>
      <w:pPr/>
      <w:r>
        <w:rPr/>
        <w:t>"But I don't want anything bad to happen to you."</w:t>
      </w:r>
    </w:p>
    <w:p>
      <w:pPr/>
      <w:r>
        <w:rPr/>
        <w:t>Talia's eyes glistened.</w:t>
      </w:r>
    </w:p>
    <w:p>
      <w:pPr/>
      <w:r>
        <w:rPr/>
        <w:t>"Why?"</w:t>
      </w:r>
    </w:p>
    <w:p>
      <w:pPr/>
      <w:r>
        <w:rPr/>
        <w:t>Photina looked at her hands.</w:t>
      </w:r>
    </w:p>
    <w:p>
      <w:pPr/>
      <w:r>
        <w:rPr/>
        <w:t>Because that was the question, wasn't it?</w:t>
      </w:r>
    </w:p>
    <w:p>
      <w:pPr/>
      <w:r>
        <w:rPr/>
        <w:t>Why would anyone show kindness to someone who had hurt them?</w:t>
      </w:r>
    </w:p>
    <w:p>
      <w:pPr/>
      <w:r>
        <w:rPr/>
        <w:t>Why would God forgive people who had spent years running from Him?</w:t>
      </w:r>
    </w:p>
    <w:p>
      <w:pPr/>
      <w:r>
        <w:rPr/>
        <w:t>Photina took a slow breath.</w:t>
      </w:r>
    </w:p>
    <w:p>
      <w:pPr/>
      <w:r>
        <w:rPr/>
        <w:t>"Because somebody loved me when I didn't deserve it either."</w:t>
      </w:r>
    </w:p>
    <w:p>
      <w:pPr/>
      <w:r>
        <w:rPr/>
        <w:t>She reached toward Talia.</w:t>
      </w:r>
    </w:p>
    <w:p>
      <w:pPr/>
      <w:r>
        <w:rPr/>
        <w:t>"Can I pray?"</w:t>
      </w:r>
    </w:p>
    <w:p>
      <w:pPr/>
      <w:r>
        <w:rPr/>
        <w:t>For several seconds, Talia didn't move.</w:t>
      </w:r>
    </w:p>
    <w:p>
      <w:pPr/>
      <w:r>
        <w:rPr/>
        <w:t>Then she nodded.</w:t>
      </w:r>
    </w:p>
    <w:p>
      <w:pPr/>
      <w:r>
        <w:rPr/>
        <w:t>Photina took her hand.</w:t>
      </w:r>
    </w:p>
    <w:p>
      <w:pPr/>
      <w:r>
        <w:rPr/>
        <w:t>Her prayer wasn't polished.</w:t>
      </w:r>
    </w:p>
    <w:p>
      <w:pPr/>
      <w:r>
        <w:rPr/>
        <w:t>It wasn't loud.</w:t>
      </w:r>
    </w:p>
    <w:p>
      <w:pPr/>
      <w:r>
        <w:rPr/>
        <w:t>She stumbled over a few words.</w:t>
      </w:r>
    </w:p>
    <w:p>
      <w:pPr/>
      <w:r>
        <w:rPr/>
        <w:t>But she prayed.</w:t>
      </w:r>
    </w:p>
    <w:p>
      <w:pPr/>
      <w:r>
        <w:rPr/>
        <w:t>She asked Jesus for mercy.</w:t>
      </w:r>
    </w:p>
    <w:p>
      <w:pPr/>
      <w:r>
        <w:rPr/>
        <w:t>For healing.</w:t>
      </w:r>
    </w:p>
    <w:p>
      <w:pPr/>
      <w:r>
        <w:rPr/>
        <w:t>For peace.</w:t>
      </w:r>
    </w:p>
    <w:p>
      <w:pPr/>
      <w:r>
        <w:rPr/>
        <w:t>And for a young woman who had once been her enemy.</w:t>
      </w:r>
    </w:p>
    <w:p>
      <w:pPr/>
      <w:r>
        <w:rPr/>
        <w:t>Maggie stood near the doorway, her hand covering her mouth.</w:t>
      </w:r>
    </w:p>
    <w:p>
      <w:pPr/>
      <w:r>
        <w:rPr/>
        <w:t>Tears slipped between her fingers.</w:t>
      </w:r>
    </w:p>
    <w:p>
      <w:pPr/>
      <w:r>
        <w:rPr/>
        <w:t>Photina kept praying.</w:t>
      </w:r>
    </w:p>
    <w:p>
      <w:pPr/>
      <w:r>
        <w:rPr/>
        <w:t>She didn't know what would happen next.</w:t>
      </w:r>
    </w:p>
    <w:p>
      <w:pPr/>
      <w:r>
        <w:rPr/>
        <w:t>She only knew she couldn't walk away.</w:t>
      </w:r>
    </w:p>
    <w:p>
      <w:pPr/>
      <w:r>
        <w:rPr/>
        <w:t>And in that little hospital room, two enemies began becoming something neither had imagined.</w:t>
      </w:r>
    </w:p>
    <w:p>
      <w:pPr/>
      <w:r>
        <w:rPr/>
        <w:t>Sisters in a story of redemption.</w:t>
      </w:r>
    </w:p>
    <w:p>
      <w:pPr/>
      <w:r>
        <w:rPr/>
      </w:r>
    </w:p>
    <w:p>
      <w:pPr/>
      <w:r>
        <w:rPr/>
      </w:r>
    </w:p>
    <w:p>
      <w:pPr>
        <w:spacing w:before="260" w:after="240"/>
      </w:pPr>
      <w:r>
        <w:t>Photina's willingness to stay beside Talia had grown from remembering the people who stayed beside her. But learning to remain present was a struggle in another home too, where Jasher still believed every broken thing was his responsibility to fix.</w:t>
      </w:r>
    </w:p>
    <w:p>
      <w:pPr>
        <w:pStyle w:val="Heading2"/>
      </w:pPr>
      <w:r>
        <w:rPr/>
        <w:t>CHAPTER TWENTY-THREE</w:t>
      </w:r>
    </w:p>
    <w:p>
      <w:pPr>
        <w:pStyle w:val="Heading1"/>
      </w:pPr>
      <w:r>
        <w:rPr/>
        <w:t>Fig Leaves</w:t>
      </w:r>
    </w:p>
    <w:p>
      <w:pPr/>
      <w:r>
        <w:rPr/>
        <w:t>Jasher stared at the letter on his desk.</w:t>
      </w:r>
    </w:p>
    <w:p>
      <w:pPr/>
      <w:r>
        <w:rPr/>
        <w:t>He read it again.</w:t>
      </w:r>
    </w:p>
    <w:p>
      <w:pPr/>
      <w:r>
        <w:rPr/>
        <w:t>Then a third time.</w:t>
      </w:r>
    </w:p>
    <w:p>
      <w:pPr/>
      <w:r>
        <w:rPr/>
        <w:t>The words didn't change.</w:t>
      </w:r>
    </w:p>
    <w:p>
      <w:pPr/>
      <w:r>
        <w:rPr/>
        <w:t>A major development project had been halted.</w:t>
      </w:r>
    </w:p>
    <w:p>
      <w:pPr/>
      <w:r>
        <w:rPr/>
        <w:t>Environmental concerns had threatened the neighborhood expansion his firm was counting on.</w:t>
      </w:r>
    </w:p>
    <w:p>
      <w:pPr/>
      <w:r>
        <w:rPr/>
        <w:t>Contracts were unraveling.</w:t>
      </w:r>
    </w:p>
    <w:p>
      <w:pPr/>
      <w:r>
        <w:rPr/>
        <w:t>Money was disappearing.</w:t>
      </w:r>
    </w:p>
    <w:p>
      <w:pPr/>
      <w:r>
        <w:rPr/>
        <w:t>And his position was no longer secure.</w:t>
      </w:r>
    </w:p>
    <w:p>
      <w:pPr/>
      <w:r>
        <w:rPr/>
        <w:t>By the end of the week, he was unemployed.</w:t>
      </w:r>
    </w:p>
    <w:p>
      <w:pPr/>
      <w:r>
        <w:rPr/>
        <w:t>Jasher leaned back in his chair.</w:t>
      </w:r>
    </w:p>
    <w:p>
      <w:pPr/>
      <w:r>
        <w:rPr/>
        <w:t>For years, he had built his identity around being dependable.</w:t>
      </w:r>
    </w:p>
    <w:p>
      <w:pPr/>
      <w:r>
        <w:rPr/>
        <w:t>A Marine.</w:t>
      </w:r>
    </w:p>
    <w:p>
      <w:pPr/>
      <w:r>
        <w:rPr/>
        <w:t>An architect.</w:t>
      </w:r>
    </w:p>
    <w:p>
      <w:pPr/>
      <w:r>
        <w:rPr/>
        <w:t>A provider.</w:t>
      </w:r>
    </w:p>
    <w:p>
      <w:pPr/>
      <w:r>
        <w:rPr/>
        <w:t>Someone who could solve problems.</w:t>
      </w:r>
    </w:p>
    <w:p>
      <w:pPr/>
      <w:r>
        <w:rPr/>
        <w:t>Now he couldn't solve the one sitting in front of him.</w:t>
      </w:r>
    </w:p>
    <w:p>
      <w:pPr/>
      <w:r>
        <w:rPr/>
        <w:t>He drove home in silence.</w:t>
      </w:r>
    </w:p>
    <w:p>
      <w:pPr/>
      <w:r>
        <w:rPr/>
        <w:t>When Eden asked about his day, he told her.</w:t>
      </w:r>
    </w:p>
    <w:p>
      <w:pPr/>
      <w:r>
        <w:rPr/>
        <w:t>She listened carefully.</w:t>
      </w:r>
    </w:p>
    <w:p>
      <w:pPr/>
      <w:r>
        <w:rPr/>
        <w:t>Then said, "We'll figure something out."</w:t>
      </w:r>
    </w:p>
    <w:p>
      <w:pPr/>
      <w:r>
        <w:rPr/>
        <w:t>Jasher shook his head.</w:t>
      </w:r>
    </w:p>
    <w:p>
      <w:pPr/>
      <w:r>
        <w:rPr/>
        <w:t>"You don't understand."</w:t>
      </w:r>
    </w:p>
    <w:p>
      <w:pPr/>
      <w:r>
        <w:rPr/>
        <w:t>"Then help me understand."</w:t>
      </w:r>
    </w:p>
    <w:p>
      <w:pPr/>
      <w:r>
        <w:rPr/>
        <w:t>He stood near the kitchen window.</w:t>
      </w:r>
    </w:p>
    <w:p>
      <w:pPr/>
      <w:r>
        <w:rPr/>
        <w:t>"I was supposed to take care of us."</w:t>
      </w:r>
    </w:p>
    <w:p>
      <w:pPr/>
      <w:r>
        <w:rPr/>
        <w:t>"You have."</w:t>
      </w:r>
    </w:p>
    <w:p>
      <w:pPr/>
      <w:r>
        <w:rPr/>
        <w:t>"Not anymore."</w:t>
      </w:r>
    </w:p>
    <w:p>
      <w:pPr/>
      <w:r>
        <w:rPr/>
        <w:t>Eden moved closer.</w:t>
      </w:r>
    </w:p>
    <w:p>
      <w:pPr/>
      <w:r>
        <w:rPr/>
        <w:t>"Jasher, losing a job doesn't change who you are."</w:t>
      </w:r>
    </w:p>
    <w:p>
      <w:pPr/>
      <w:r>
        <w:rPr/>
        <w:t>He almost laughed.</w:t>
      </w:r>
    </w:p>
    <w:p>
      <w:pPr/>
      <w:r>
        <w:rPr/>
        <w:t>It sounded nice.</w:t>
      </w:r>
    </w:p>
    <w:p>
      <w:pPr/>
      <w:r>
        <w:rPr/>
        <w:t>It also sounded impossible.</w:t>
      </w:r>
    </w:p>
    <w:p>
      <w:pPr/>
      <w:r>
        <w:rPr/>
        <w:t>That evening, Ezekiel called.</w:t>
      </w:r>
    </w:p>
    <w:p>
      <w:pPr/>
      <w:r>
        <w:rPr/>
        <w:t>The two men hadn't talked much lately.</w:t>
      </w:r>
    </w:p>
    <w:p>
      <w:pPr/>
      <w:r>
        <w:rPr/>
        <w:t>Ezekiel had built a successful life after the Marines.</w:t>
      </w:r>
    </w:p>
    <w:p>
      <w:pPr/>
      <w:r>
        <w:rPr/>
        <w:t>Business.</w:t>
      </w:r>
    </w:p>
    <w:p>
      <w:pPr/>
      <w:r>
        <w:rPr/>
        <w:t>Money.</w:t>
      </w:r>
    </w:p>
    <w:p>
      <w:pPr/>
      <w:r>
        <w:rPr/>
        <w:t>Responsibility.</w:t>
      </w:r>
    </w:p>
    <w:p>
      <w:pPr/>
      <w:r>
        <w:rPr/>
        <w:t>He still carried himself with the confidence of someone accustomed to giving orders.</w:t>
      </w:r>
    </w:p>
    <w:p>
      <w:pPr/>
      <w:r>
        <w:rPr/>
        <w:t>Jasher told him what happened.</w:t>
      </w:r>
    </w:p>
    <w:p>
      <w:pPr/>
      <w:r>
        <w:rPr/>
        <w:t>Ezekiel listened.</w:t>
      </w:r>
    </w:p>
    <w:p>
      <w:pPr/>
      <w:r>
        <w:rPr/>
        <w:t>"Was it your decision?"</w:t>
      </w:r>
    </w:p>
    <w:p>
      <w:pPr/>
      <w:r>
        <w:rPr/>
        <w:t>"No."</w:t>
      </w:r>
    </w:p>
    <w:p>
      <w:pPr/>
      <w:r>
        <w:rPr/>
        <w:t>"Did you cause the problem?"</w:t>
      </w:r>
    </w:p>
    <w:p>
      <w:pPr/>
      <w:r>
        <w:rPr/>
        <w:t>"No."</w:t>
      </w:r>
    </w:p>
    <w:p>
      <w:pPr/>
      <w:r>
        <w:rPr/>
        <w:t>"Then why are you acting like you did?"</w:t>
      </w:r>
    </w:p>
    <w:p>
      <w:pPr/>
      <w:r>
        <w:rPr/>
        <w:t>Jasher didn't answer.</w:t>
      </w:r>
    </w:p>
    <w:p>
      <w:pPr/>
      <w:r>
        <w:rPr/>
        <w:t>Ezekiel recognized the silence.</w:t>
      </w:r>
    </w:p>
    <w:p>
      <w:pPr/>
      <w:r>
        <w:rPr/>
        <w:t>He had heard it before.</w:t>
      </w:r>
    </w:p>
    <w:p>
      <w:pPr/>
      <w:r>
        <w:rPr/>
        <w:t>Years earlier.</w:t>
      </w:r>
    </w:p>
    <w:p>
      <w:pPr/>
      <w:r>
        <w:rPr/>
        <w:t>After the mission.</w:t>
      </w:r>
    </w:p>
    <w:p>
      <w:pPr/>
      <w:r>
        <w:rPr/>
        <w:t>When Jasher kept replaying every decision, convinced one different movement could have changed everything.</w:t>
      </w:r>
    </w:p>
    <w:p>
      <w:pPr/>
      <w:r>
        <w:rPr/>
        <w:t>"You still do that," Ezekiel said.</w:t>
      </w:r>
    </w:p>
    <w:p>
      <w:pPr/>
      <w:r>
        <w:rPr/>
        <w:t>"Do what?"</w:t>
      </w:r>
    </w:p>
    <w:p>
      <w:pPr/>
      <w:r>
        <w:rPr/>
        <w:t>"Carry things that don't belong entirely to you."</w:t>
      </w:r>
    </w:p>
    <w:p>
      <w:pPr/>
      <w:r>
        <w:rPr/>
        <w:t>Jasher rubbed his forehead.</w:t>
      </w:r>
    </w:p>
    <w:p>
      <w:pPr/>
      <w:r>
        <w:rPr/>
        <w:t>"Maybe."</w:t>
      </w:r>
    </w:p>
    <w:p>
      <w:pPr/>
      <w:r>
        <w:rPr/>
        <w:t>"Not maybe."</w:t>
      </w:r>
    </w:p>
    <w:p>
      <w:pPr/>
      <w:r>
        <w:rPr/>
        <w:t>For a moment, both men were quiet.</w:t>
      </w:r>
    </w:p>
    <w:p>
      <w:pPr/>
      <w:r>
        <w:rPr/>
        <w:t>Then Ezekiel spoke more softly.</w:t>
      </w:r>
    </w:p>
    <w:p>
      <w:pPr/>
      <w:r>
        <w:rPr/>
        <w:t>"You couldn't control everything over there, Jasher."</w:t>
      </w:r>
    </w:p>
    <w:p>
      <w:pPr/>
      <w:r>
        <w:rPr/>
        <w:t>Jasher closed his eyes.</w:t>
      </w:r>
    </w:p>
    <w:p>
      <w:pPr/>
      <w:r>
        <w:rPr/>
        <w:t>He knew what Ezekiel meant.</w:t>
      </w:r>
    </w:p>
    <w:p>
      <w:pPr/>
      <w:r>
        <w:rPr/>
        <w:t>And he hated that his old friend could still see straight through him.</w:t>
      </w:r>
    </w:p>
    <w:p>
      <w:pPr/>
      <w:r>
        <w:rPr/>
        <w:t>After they hung up, Jasher remained at the kitchen table.</w:t>
      </w:r>
    </w:p>
    <w:p>
      <w:pPr/>
      <w:r>
        <w:rPr/>
        <w:t>Eden eventually came and sat across from him.</w:t>
      </w:r>
    </w:p>
    <w:p>
      <w:pPr/>
      <w:r>
        <w:rPr/>
        <w:t>Neither spoke for several minutes.</w:t>
      </w:r>
    </w:p>
    <w:p>
      <w:pPr/>
      <w:r>
        <w:rPr/>
        <w:t>Finally, Jasher looked at her.</w:t>
      </w:r>
    </w:p>
    <w:p>
      <w:pPr/>
      <w:r>
        <w:rPr/>
        <w:t>"Do you ever think about how different things would've been?"</w:t>
      </w:r>
    </w:p>
    <w:p>
      <w:pPr/>
      <w:r>
        <w:rPr/>
        <w:t>Eden knew exactly what he meant.</w:t>
      </w:r>
    </w:p>
    <w:p>
      <w:pPr/>
      <w:r>
        <w:rPr/>
        <w:t>"Every day."</w:t>
      </w:r>
    </w:p>
    <w:p>
      <w:pPr/>
      <w:r>
        <w:rPr/>
        <w:t>He looked away.</w:t>
      </w:r>
    </w:p>
    <w:p>
      <w:pPr/>
      <w:r>
        <w:rPr/>
        <w:t>"I keep thinking I should've been there."</w:t>
      </w:r>
    </w:p>
    <w:p>
      <w:pPr/>
      <w:r>
        <w:rPr/>
        <w:t>Eden's eyes filled.</w:t>
      </w:r>
    </w:p>
    <w:p>
      <w:pPr/>
      <w:r>
        <w:rPr/>
        <w:t>"Jasher..."</w:t>
      </w:r>
    </w:p>
    <w:p>
      <w:pPr/>
      <w:r>
        <w:rPr/>
        <w:t>"Maybe I could've changed something."</w:t>
      </w:r>
    </w:p>
    <w:p>
      <w:pPr/>
      <w:r>
        <w:rPr/>
        <w:t>She reached across the table.</w:t>
      </w:r>
    </w:p>
    <w:p>
      <w:pPr/>
      <w:r>
        <w:rPr/>
        <w:t>"You weren't there."</w:t>
      </w:r>
    </w:p>
    <w:p>
      <w:pPr/>
      <w:r>
        <w:rPr/>
        <w:t>He nodded.</w:t>
      </w:r>
    </w:p>
    <w:p>
      <w:pPr/>
      <w:r>
        <w:rPr/>
        <w:t>"I know."</w:t>
      </w:r>
    </w:p>
    <w:p>
      <w:pPr/>
      <w:r>
        <w:rPr/>
        <w:t>"And I've spent years wishing I'd made a different decision."</w:t>
      </w:r>
    </w:p>
    <w:p>
      <w:pPr/>
      <w:r>
        <w:rPr/>
        <w:t>He looked at her.</w:t>
      </w:r>
    </w:p>
    <w:p>
      <w:pPr/>
      <w:r>
        <w:rPr/>
        <w:t>It was one of the few times she'd spoken so openly about it.</w:t>
      </w:r>
    </w:p>
    <w:p>
      <w:pPr/>
      <w:r>
        <w:rPr/>
        <w:t>"I can't change what happened," she whispered.</w:t>
      </w:r>
    </w:p>
    <w:p>
      <w:pPr/>
      <w:r>
        <w:rPr/>
        <w:t>"Neither can I."</w:t>
      </w:r>
    </w:p>
    <w:p>
      <w:pPr/>
      <w:r>
        <w:rPr/>
        <w:t>The words settled between them.</w:t>
      </w:r>
    </w:p>
    <w:p>
      <w:pPr/>
      <w:r>
        <w:rPr/>
        <w:t>They didn't fix everything.</w:t>
      </w:r>
    </w:p>
    <w:p>
      <w:pPr/>
      <w:r>
        <w:rPr/>
        <w:t>They weren't ready for that.</w:t>
      </w:r>
    </w:p>
    <w:p>
      <w:pPr/>
      <w:r>
        <w:rPr/>
        <w:t>But for once, neither walked away.</w:t>
      </w:r>
    </w:p>
    <w:p>
      <w:pPr/>
      <w:r>
        <w:rPr/>
      </w:r>
    </w:p>
    <w:p>
      <w:pPr/>
      <w:r>
        <w:rPr/>
      </w:r>
    </w:p>
    <w:p>
      <w:pPr>
        <w:spacing w:before="260" w:after="240"/>
      </w:pPr>
      <w:r>
        <w:t>The conversation did not settle Jasher and Eden's grief. It did, however, leave them at the same table. Then the coast faced a different kind of uncertainty, one no family could negotiate away.</w:t>
      </w:r>
    </w:p>
    <w:p>
      <w:pPr>
        <w:pStyle w:val="Heading2"/>
      </w:pPr>
      <w:r>
        <w:rPr/>
        <w:t>CHAPTER TWENTY-FOUR</w:t>
      </w:r>
    </w:p>
    <w:p>
      <w:pPr>
        <w:pStyle w:val="Heading1"/>
      </w:pPr>
      <w:r>
        <w:rPr/>
        <w:t>When the Storm Came</w:t>
      </w:r>
    </w:p>
    <w:p>
      <w:pPr/>
      <w:r>
        <w:rPr/>
        <w:t>The hurricane arrived before dawn.</w:t>
      </w:r>
    </w:p>
    <w:p>
      <w:pPr/>
      <w:r>
        <w:rPr/>
        <w:t>Wind screamed through the streets of Wilmington.</w:t>
      </w:r>
    </w:p>
    <w:p>
      <w:pPr/>
      <w:r>
        <w:rPr/>
        <w:t>Trees bent beneath its force.</w:t>
      </w:r>
    </w:p>
    <w:p>
      <w:pPr/>
      <w:r>
        <w:rPr/>
        <w:t>Rain hammered rooftops, rattled windows, and turned familiar roads into rivers.</w:t>
      </w:r>
    </w:p>
    <w:p>
      <w:pPr/>
      <w:r>
        <w:rPr/>
        <w:t>At The Ark, water pushed beneath the doors.</w:t>
      </w:r>
    </w:p>
    <w:p>
      <w:pPr/>
      <w:r>
        <w:rPr/>
        <w:t>A window shattered.</w:t>
      </w:r>
    </w:p>
    <w:p>
      <w:pPr/>
      <w:r>
        <w:rPr/>
        <w:t>Chairs overturned.</w:t>
      </w:r>
    </w:p>
    <w:p>
      <w:pPr/>
      <w:r>
        <w:rPr/>
        <w:t>The little stage disappeared beneath muddy water.</w:t>
      </w:r>
    </w:p>
    <w:p>
      <w:pPr/>
      <w:r>
        <w:rPr/>
        <w:t>By morning, the coffeehouse looked like a different place.</w:t>
      </w:r>
    </w:p>
    <w:p>
      <w:pPr/>
      <w:r>
        <w:rPr/>
        <w:t>The warm lights were dark.</w:t>
      </w:r>
    </w:p>
    <w:p>
      <w:pPr/>
      <w:r>
        <w:rPr/>
        <w:t>Plants lay scattered across the floor.</w:t>
      </w:r>
    </w:p>
    <w:p>
      <w:pPr/>
      <w:r>
        <w:rPr/>
        <w:t>Broken glass glittered among the ruins.</w:t>
      </w:r>
    </w:p>
    <w:p>
      <w:pPr/>
      <w:r>
        <w:rPr/>
        <w:t>The air smelled of seawater, damp wood, and ruined coffee.</w:t>
      </w:r>
    </w:p>
    <w:p>
      <w:pPr/>
      <w:r>
        <w:rPr/>
        <w:t>The place where so many people had begun healing was now broken itself.</w:t>
      </w:r>
    </w:p>
    <w:p>
      <w:pPr/>
      <w:r>
        <w:rPr/>
        <w:t>But the storm hadn't stopped at The Ark.</w:t>
      </w:r>
    </w:p>
    <w:p>
      <w:pPr/>
      <w:r>
        <w:rPr/>
        <w:t>Homes were damaged.</w:t>
      </w:r>
    </w:p>
    <w:p>
      <w:pPr/>
      <w:r>
        <w:rPr/>
        <w:t>Families were displaced.</w:t>
      </w:r>
    </w:p>
    <w:p>
      <w:pPr/>
      <w:r>
        <w:rPr/>
        <w:t>People wandered through neighborhoods searching for things that no longer existed.</w:t>
      </w:r>
    </w:p>
    <w:p>
      <w:pPr/>
      <w:r>
        <w:rPr/>
        <w:t>And one by one, familiar faces began appearing.</w:t>
      </w:r>
    </w:p>
    <w:p>
      <w:pPr/>
      <w:r>
        <w:rPr/>
        <w:t>Caleb came first.</w:t>
      </w:r>
    </w:p>
    <w:p>
      <w:pPr/>
      <w:r>
        <w:rPr/>
        <w:t>He stepped over fallen branches, carrying tools and supplies.</w:t>
      </w:r>
    </w:p>
    <w:p>
      <w:pPr/>
      <w:r>
        <w:rPr/>
        <w:t>He stared at the damage.</w:t>
      </w:r>
    </w:p>
    <w:p>
      <w:pPr/>
      <w:r>
        <w:rPr/>
        <w:t>"Well."</w:t>
      </w:r>
    </w:p>
    <w:p>
      <w:pPr/>
      <w:r>
        <w:rPr/>
        <w:t>Edel looked at him.</w:t>
      </w:r>
    </w:p>
    <w:p>
      <w:pPr/>
      <w:r>
        <w:rPr/>
        <w:t>"Well, what?"</w:t>
      </w:r>
    </w:p>
    <w:p>
      <w:pPr/>
      <w:r>
        <w:rPr/>
        <w:t>He glanced at the wreckage.</w:t>
      </w:r>
    </w:p>
    <w:p>
      <w:pPr/>
      <w:r>
        <w:rPr/>
        <w:t>"I was going to say I've seen worse."</w:t>
      </w:r>
    </w:p>
    <w:p>
      <w:pPr/>
      <w:r>
        <w:rPr/>
        <w:t>"Have you?"</w:t>
      </w:r>
    </w:p>
    <w:p>
      <w:pPr/>
      <w:r>
        <w:rPr/>
        <w:t>Caleb considered it.</w:t>
      </w:r>
    </w:p>
    <w:p>
      <w:pPr/>
      <w:r>
        <w:rPr/>
        <w:t>"Actually, no. This is pretty awful."</w:t>
      </w:r>
    </w:p>
    <w:p>
      <w:pPr/>
      <w:r>
        <w:rPr/>
        <w:t>Edel laughed despite herself.</w:t>
      </w:r>
    </w:p>
    <w:p>
      <w:pPr/>
      <w:r>
        <w:rPr/>
        <w:t>Soon Photina arrived.</w:t>
      </w:r>
    </w:p>
    <w:p>
      <w:pPr/>
      <w:r>
        <w:rPr/>
        <w:t>Her curly red hair was tied back, and she wore work clothes and an expression suggesting she'd already argued with three people that morning.</w:t>
      </w:r>
    </w:p>
    <w:p>
      <w:pPr/>
      <w:r>
        <w:rPr/>
        <w:t>"Tell me somebody saved the coffee machine."</w:t>
      </w:r>
    </w:p>
    <w:p>
      <w:pPr/>
      <w:r>
        <w:rPr/>
        <w:t>Caleb pointed toward the flooded counter.</w:t>
      </w:r>
    </w:p>
    <w:p>
      <w:pPr/>
      <w:r>
        <w:rPr/>
        <w:t>Photina stared.</w:t>
      </w:r>
    </w:p>
    <w:p>
      <w:pPr/>
      <w:r>
        <w:rPr/>
        <w:t>Then sighed.</w:t>
      </w:r>
    </w:p>
    <w:p>
      <w:pPr/>
      <w:r>
        <w:rPr/>
        <w:t>"Okay. Now it's personal."</w:t>
      </w:r>
    </w:p>
    <w:p>
      <w:pPr/>
      <w:r>
        <w:rPr/>
        <w:t>Ezekiel arrived carrying a clipboard.</w:t>
      </w:r>
    </w:p>
    <w:p>
      <w:pPr/>
      <w:r>
        <w:rPr/>
        <w:t>He had already begun contacting contractors and suppliers.</w:t>
      </w:r>
    </w:p>
    <w:p>
      <w:pPr/>
      <w:r>
        <w:rPr/>
        <w:t>Priscilla's father was involved in the rebuilding effort as well.</w:t>
      </w:r>
    </w:p>
    <w:p>
      <w:pPr/>
      <w:r>
        <w:rPr/>
        <w:t>There were estimates to prepare.</w:t>
      </w:r>
    </w:p>
    <w:p>
      <w:pPr/>
      <w:r>
        <w:rPr/>
        <w:t>Materials to purchase.</w:t>
      </w:r>
    </w:p>
    <w:p>
      <w:pPr/>
      <w:r>
        <w:rPr/>
        <w:t>Insurance questions to sort out.</w:t>
      </w:r>
    </w:p>
    <w:p>
      <w:pPr/>
      <w:r>
        <w:rPr/>
        <w:t>And far more work than anyone knew how to manage.</w:t>
      </w:r>
    </w:p>
    <w:p>
      <w:pPr/>
      <w:r>
        <w:rPr/>
        <w:t>Then Jasher walked through the damaged doorway.</w:t>
      </w:r>
    </w:p>
    <w:p>
      <w:pPr/>
      <w:r>
        <w:rPr/>
        <w:t>He stood still.</w:t>
      </w:r>
    </w:p>
    <w:p>
      <w:pPr/>
      <w:r>
        <w:rPr/>
        <w:t>Water dripped from a broken section of ceiling.</w:t>
      </w:r>
    </w:p>
    <w:p>
      <w:pPr/>
      <w:r>
        <w:rPr/>
        <w:t>The wooden floor had begun to warp.</w:t>
      </w:r>
    </w:p>
    <w:p>
      <w:pPr/>
      <w:r>
        <w:rPr/>
        <w:t>He looked toward the stage.</w:t>
      </w:r>
    </w:p>
    <w:p>
      <w:pPr/>
      <w:r>
        <w:rPr/>
        <w:t>Then at the weakened wall beside it.</w:t>
      </w:r>
    </w:p>
    <w:p>
      <w:pPr/>
      <w:r>
        <w:rPr/>
        <w:t>Ezekiel approached.</w:t>
      </w:r>
    </w:p>
    <w:p>
      <w:pPr/>
      <w:r>
        <w:rPr/>
        <w:t>"Think we can save it?"</w:t>
      </w:r>
    </w:p>
    <w:p>
      <w:pPr/>
      <w:r>
        <w:rPr/>
        <w:t>Jasher examined the damage.</w:t>
      </w:r>
    </w:p>
    <w:p>
      <w:pPr/>
      <w:r>
        <w:rPr/>
        <w:t>"Parts of it."</w:t>
      </w:r>
    </w:p>
    <w:p>
      <w:pPr/>
      <w:r>
        <w:rPr/>
        <w:t>"And the rest?"</w:t>
      </w:r>
    </w:p>
    <w:p>
      <w:pPr/>
      <w:r>
        <w:rPr/>
        <w:t>Jasher looked around.</w:t>
      </w:r>
    </w:p>
    <w:p>
      <w:pPr/>
      <w:r>
        <w:rPr/>
        <w:t>"We rebuild."</w:t>
      </w:r>
    </w:p>
    <w:p>
      <w:pPr/>
      <w:r>
        <w:rPr/>
        <w:t>Ezekiel smiled.</w:t>
      </w:r>
    </w:p>
    <w:p>
      <w:pPr/>
      <w:r>
        <w:rPr/>
        <w:t>"Good. Because I could use an architect."</w:t>
      </w:r>
    </w:p>
    <w:p>
      <w:pPr/>
      <w:r>
        <w:rPr/>
        <w:t>Jasher almost refused.</w:t>
      </w:r>
    </w:p>
    <w:p>
      <w:pPr/>
      <w:r>
        <w:rPr/>
        <w:t>He was tired of needing help.</w:t>
      </w:r>
    </w:p>
    <w:p>
      <w:pPr/>
      <w:r>
        <w:rPr/>
        <w:t>Tired of feeling like he'd failed.</w:t>
      </w:r>
    </w:p>
    <w:p>
      <w:pPr/>
      <w:r>
        <w:rPr/>
        <w:t>Then he noticed Caleb hauling a damaged table toward the door.</w:t>
      </w:r>
    </w:p>
    <w:p>
      <w:pPr/>
      <w:r>
        <w:rPr/>
        <w:t>Edel was sorting what could be salvaged.</w:t>
      </w:r>
    </w:p>
    <w:p>
      <w:pPr/>
      <w:r>
        <w:rPr/>
        <w:t>Photina was on her knees gathering broken cups.</w:t>
      </w:r>
    </w:p>
    <w:p>
      <w:pPr/>
      <w:r>
        <w:rPr/>
        <w:t>Nobody was waiting for permission to begin.</w:t>
      </w:r>
    </w:p>
    <w:p>
      <w:pPr/>
      <w:r>
        <w:rPr/>
        <w:t>They were simply helping.</w:t>
      </w:r>
    </w:p>
    <w:p>
      <w:pPr/>
      <w:r>
        <w:rPr/>
        <w:t>Jasher took off his jacket.</w:t>
      </w:r>
    </w:p>
    <w:p>
      <w:pPr/>
      <w:r>
        <w:rPr/>
        <w:t>Rolled up his sleeves.</w:t>
      </w:r>
    </w:p>
    <w:p>
      <w:pPr/>
      <w:r>
        <w:rPr/>
        <w:t>And joined them.</w:t>
      </w:r>
    </w:p>
    <w:p>
      <w:pPr/>
      <w:r>
        <w:rPr/>
        <w:t>For the first time since the Marines, Caleb, Jasher, and Ezekiel were working side by side again.</w:t>
      </w:r>
    </w:p>
    <w:p>
      <w:pPr/>
      <w:r>
        <w:rPr/>
        <w:t>But there were no weapons.</w:t>
      </w:r>
    </w:p>
    <w:p>
      <w:pPr/>
      <w:r>
        <w:rPr/>
        <w:t>No battlefield.</w:t>
      </w:r>
    </w:p>
    <w:p>
      <w:pPr/>
      <w:r>
        <w:rPr/>
        <w:t>No enemy to defeat.</w:t>
      </w:r>
    </w:p>
    <w:p>
      <w:pPr/>
      <w:r>
        <w:rPr/>
        <w:t>Only a damaged coffeehouse and a community that needed them.</w:t>
      </w:r>
    </w:p>
    <w:p>
      <w:pPr/>
      <w:r>
        <w:rPr/>
        <w:t>At one point, Caleb looked across the room.</w:t>
      </w:r>
    </w:p>
    <w:p>
      <w:pPr/>
      <w:r>
        <w:rPr/>
        <w:t>"Remember when we used to get paid to carry heavy things?"</w:t>
      </w:r>
    </w:p>
    <w:p>
      <w:pPr/>
      <w:r>
        <w:rPr/>
        <w:t>Ezekiel grunted.</w:t>
      </w:r>
    </w:p>
    <w:p>
      <w:pPr/>
      <w:r>
        <w:rPr/>
        <w:t>"We still do."</w:t>
      </w:r>
    </w:p>
    <w:p>
      <w:pPr/>
      <w:r>
        <w:rPr/>
        <w:t>Caleb glanced at Jasher.</w:t>
      </w:r>
    </w:p>
    <w:p>
      <w:pPr/>
      <w:r>
        <w:rPr/>
        <w:t>"What about you?"</w:t>
      </w:r>
    </w:p>
    <w:p>
      <w:pPr/>
      <w:r>
        <w:rPr/>
        <w:t>Jasher picked up another piece of broken furniture.</w:t>
      </w:r>
    </w:p>
    <w:p>
      <w:pPr/>
      <w:r>
        <w:rPr/>
        <w:t>"Apparently I'm volunteering."</w:t>
      </w:r>
    </w:p>
    <w:p>
      <w:pPr/>
      <w:r>
        <w:rPr/>
        <w:t>The three men laughed.</w:t>
      </w:r>
    </w:p>
    <w:p>
      <w:pPr/>
      <w:r>
        <w:rPr/>
        <w:t>It was a small sound.</w:t>
      </w:r>
    </w:p>
    <w:p>
      <w:pPr/>
      <w:r>
        <w:rPr/>
        <w:t>But it filled a room that had been silent for too long.</w:t>
      </w:r>
    </w:p>
    <w:p>
      <w:pPr/>
      <w:r>
        <w:rPr/>
      </w:r>
    </w:p>
    <w:p>
      <w:pPr/>
      <w:r>
        <w:rPr/>
      </w:r>
    </w:p>
    <w:p>
      <w:pPr>
        <w:pStyle w:val="Heading2"/>
      </w:pPr>
      <w:r>
        <w:rPr/>
        <w:t>CHAPTER TWENTY-FIVE</w:t>
      </w:r>
    </w:p>
    <w:p>
      <w:pPr>
        <w:pStyle w:val="Heading1"/>
      </w:pPr>
      <w:r>
        <w:rPr/>
        <w:t>A Different Kind of Strength</w:t>
      </w:r>
    </w:p>
    <w:p>
      <w:pPr/>
      <w:r>
        <w:rPr/>
        <w:t>Three weeks later, the rebuilding continued.</w:t>
      </w:r>
    </w:p>
    <w:p>
      <w:pPr/>
      <w:r>
        <w:rPr/>
        <w:t>Jasher stood near the entrance, reviewing architectural drawings.</w:t>
      </w:r>
    </w:p>
    <w:p>
      <w:pPr/>
      <w:r>
        <w:rPr/>
        <w:t>He had spent days examining structural damage, coordinating repairs, and figuring out which parts of the building could be saved.</w:t>
      </w:r>
    </w:p>
    <w:p>
      <w:pPr/>
      <w:r>
        <w:rPr/>
        <w:t>It was the first time in months that he felt useful.</w:t>
      </w:r>
    </w:p>
    <w:p>
      <w:pPr/>
      <w:r>
        <w:rPr/>
        <w:t>But something else was happening.</w:t>
      </w:r>
    </w:p>
    <w:p>
      <w:pPr/>
      <w:r>
        <w:rPr/>
        <w:t>He wasn't working to impress a boss.</w:t>
      </w:r>
    </w:p>
    <w:p>
      <w:pPr/>
      <w:r>
        <w:rPr/>
        <w:t>He wasn't trying to prove he deserved a paycheck.</w:t>
      </w:r>
    </w:p>
    <w:p>
      <w:pPr/>
      <w:r>
        <w:rPr/>
        <w:t>He was helping people.</w:t>
      </w:r>
    </w:p>
    <w:p>
      <w:pPr/>
      <w:r>
        <w:rPr/>
        <w:t>And strangely, that felt better.</w:t>
      </w:r>
    </w:p>
    <w:p>
      <w:pPr/>
      <w:r>
        <w:rPr/>
        <w:t>Eden approached, carrying two cups of coffee from a temporary station set up outside.</w:t>
      </w:r>
    </w:p>
    <w:p>
      <w:pPr/>
      <w:r>
        <w:rPr/>
        <w:t>"Thought you might need this."</w:t>
      </w:r>
    </w:p>
    <w:p>
      <w:pPr/>
      <w:r>
        <w:rPr/>
        <w:t>Jasher accepted one.</w:t>
      </w:r>
    </w:p>
    <w:p>
      <w:pPr/>
      <w:r>
        <w:rPr/>
        <w:t>"You're a lifesaver."</w:t>
      </w:r>
    </w:p>
    <w:p>
      <w:pPr/>
      <w:r>
        <w:rPr/>
        <w:t>She smiled.</w:t>
      </w:r>
    </w:p>
    <w:p>
      <w:pPr/>
      <w:r>
        <w:rPr/>
        <w:t>"Don't give me too much credit. I didn't make it."</w:t>
      </w:r>
    </w:p>
    <w:p>
      <w:pPr/>
      <w:r>
        <w:rPr/>
        <w:t>He took a sip.</w:t>
      </w:r>
    </w:p>
    <w:p>
      <w:pPr/>
      <w:r>
        <w:rPr/>
        <w:t>Made a face.</w:t>
      </w:r>
    </w:p>
    <w:p>
      <w:pPr/>
      <w:r>
        <w:rPr/>
        <w:t>"Photina?"</w:t>
      </w:r>
    </w:p>
    <w:p>
      <w:pPr/>
      <w:r>
        <w:rPr/>
        <w:t>Eden laughed.</w:t>
      </w:r>
    </w:p>
    <w:p>
      <w:pPr/>
      <w:r>
        <w:rPr/>
        <w:t>"Photina."</w:t>
      </w:r>
    </w:p>
    <w:p>
      <w:pPr/>
      <w:r>
        <w:rPr/>
        <w:t>They stood beside each other, watching volunteers work.</w:t>
      </w:r>
    </w:p>
    <w:p>
      <w:pPr/>
      <w:r>
        <w:rPr/>
        <w:t>After a while, Jasher said, "I've been thinking."</w:t>
      </w:r>
    </w:p>
    <w:p>
      <w:pPr/>
      <w:r>
        <w:rPr/>
        <w:t>Eden raised an eyebrow.</w:t>
      </w:r>
    </w:p>
    <w:p>
      <w:pPr/>
      <w:r>
        <w:rPr/>
        <w:t>"That sounds dangerous."</w:t>
      </w:r>
    </w:p>
    <w:p>
      <w:pPr/>
      <w:r>
        <w:rPr/>
        <w:t>He smiled.</w:t>
      </w:r>
    </w:p>
    <w:p>
      <w:pPr/>
      <w:r>
        <w:rPr/>
        <w:t>Then grew serious.</w:t>
      </w:r>
    </w:p>
    <w:p>
      <w:pPr/>
      <w:r>
        <w:rPr/>
        <w:t>"I spent so much time trying to keep everything from falling apart."</w:t>
      </w:r>
    </w:p>
    <w:p>
      <w:pPr/>
      <w:r>
        <w:rPr/>
        <w:t>She waited.</w:t>
      </w:r>
    </w:p>
    <w:p>
      <w:pPr/>
      <w:r>
        <w:rPr/>
        <w:t>"The Marines. Work. Us."</w:t>
      </w:r>
    </w:p>
    <w:p>
      <w:pPr/>
      <w:r>
        <w:rPr/>
        <w:t>He stared at the damaged building.</w:t>
      </w:r>
    </w:p>
    <w:p>
      <w:pPr/>
      <w:r>
        <w:rPr/>
        <w:t>"And it still fell apart."</w:t>
      </w:r>
    </w:p>
    <w:p>
      <w:pPr/>
      <w:r>
        <w:rPr/>
        <w:t>Eden set down her coffee.</w:t>
      </w:r>
    </w:p>
    <w:p>
      <w:pPr/>
      <w:r>
        <w:rPr/>
        <w:t>"Jasher..."</w:t>
      </w:r>
    </w:p>
    <w:p>
      <w:pPr/>
      <w:r>
        <w:rPr/>
        <w:t>"I thought if I was strong enough, smart enough, careful enough, nothing bad would happen."</w:t>
      </w:r>
    </w:p>
    <w:p>
      <w:pPr/>
      <w:r>
        <w:rPr/>
        <w:t>He shook his head.</w:t>
      </w:r>
    </w:p>
    <w:p>
      <w:pPr/>
      <w:r>
        <w:rPr/>
        <w:t>"But that's not how life works, is it?"</w:t>
      </w:r>
    </w:p>
    <w:p>
      <w:pPr/>
      <w:r>
        <w:rPr/>
        <w:t>"No."</w:t>
      </w:r>
    </w:p>
    <w:p>
      <w:pPr/>
      <w:r>
        <w:rPr/>
        <w:t>He looked at her.</w:t>
      </w:r>
    </w:p>
    <w:p>
      <w:pPr/>
      <w:r>
        <w:rPr/>
        <w:t>"I don't know how to fix everything."</w:t>
      </w:r>
    </w:p>
    <w:p>
      <w:pPr/>
      <w:r>
        <w:rPr/>
        <w:t>Eden reached for his hand.</w:t>
      </w:r>
    </w:p>
    <w:p>
      <w:pPr/>
      <w:r>
        <w:rPr/>
        <w:t>"Nobody asked you to."</w:t>
      </w:r>
    </w:p>
    <w:p>
      <w:pPr/>
      <w:r>
        <w:rPr/>
        <w:t>He swallowed.</w:t>
      </w:r>
    </w:p>
    <w:p>
      <w:pPr/>
      <w:r>
        <w:rPr/>
        <w:t>"We just need you here," she said.</w:t>
      </w:r>
    </w:p>
    <w:p>
      <w:pPr/>
      <w:r>
        <w:rPr/>
        <w:t>Jasher looked at their hands.</w:t>
      </w:r>
    </w:p>
    <w:p>
      <w:pPr/>
      <w:r>
        <w:rPr/>
        <w:t>For years, he'd believed strength meant preventing every disaster.</w:t>
      </w:r>
    </w:p>
    <w:p>
      <w:pPr/>
      <w:r>
        <w:rPr/>
        <w:t>Maybe strength could mean staying when everything had already gone wrong.</w:t>
      </w:r>
    </w:p>
    <w:p>
      <w:pPr/>
      <w:r>
        <w:rPr/>
        <w:t>Maybe it meant listening.</w:t>
      </w:r>
    </w:p>
    <w:p>
      <w:pPr/>
      <w:r>
        <w:rPr/>
        <w:t>Admitting fear.</w:t>
      </w:r>
    </w:p>
    <w:p>
      <w:pPr/>
      <w:r>
        <w:rPr/>
        <w:t>Allowing someone else to help.</w:t>
      </w:r>
    </w:p>
    <w:p>
      <w:pPr/>
      <w:r>
        <w:rPr/>
        <w:t>And perhaps one day, it would mean facing the questions about God he had kept buried for so long.</w:t>
      </w:r>
    </w:p>
    <w:p>
      <w:pPr/>
      <w:r>
        <w:rPr/>
        <w:t>Across the room, Ezekiel watched the couple.</w:t>
      </w:r>
    </w:p>
    <w:p>
      <w:pPr/>
      <w:r>
        <w:rPr/>
        <w:t>Then he turned toward the rebuilding plans.</w:t>
      </w:r>
    </w:p>
    <w:p>
      <w:pPr/>
      <w:r>
        <w:rPr/>
        <w:t>He had money.</w:t>
      </w:r>
    </w:p>
    <w:p>
      <w:pPr/>
      <w:r>
        <w:rPr/>
        <w:t>Influence.</w:t>
      </w:r>
    </w:p>
    <w:p>
      <w:pPr/>
      <w:r>
        <w:rPr/>
        <w:t>Connections.</w:t>
      </w:r>
    </w:p>
    <w:p>
      <w:pPr/>
      <w:r>
        <w:rPr/>
        <w:t>He could arrange materials, hire workers, and solve problems that would stop other people in their tracks.</w:t>
      </w:r>
    </w:p>
    <w:p>
      <w:pPr/>
      <w:r>
        <w:rPr/>
        <w:t>But lately he had begun noticing something strange about his friends.</w:t>
      </w:r>
    </w:p>
    <w:p>
      <w:pPr/>
      <w:r>
        <w:rPr/>
        <w:t>Edel had changed.</w:t>
      </w:r>
    </w:p>
    <w:p>
      <w:pPr/>
      <w:r>
        <w:rPr/>
        <w:t>Eden had changed.</w:t>
      </w:r>
    </w:p>
    <w:p>
      <w:pPr/>
      <w:r>
        <w:rPr/>
        <w:t>Caleb was no longer the same broken man who had lived beneath the bridge.</w:t>
      </w:r>
    </w:p>
    <w:p>
      <w:pPr/>
      <w:r>
        <w:rPr/>
        <w:t>Even Photina, whose sarcasm remained as sharp as ever, seemed to carry a peace he couldn't explain.</w:t>
      </w:r>
    </w:p>
    <w:p>
      <w:pPr/>
      <w:r>
        <w:rPr/>
        <w:t>Ezekiel didn't understand it.</w:t>
      </w:r>
    </w:p>
    <w:p>
      <w:pPr/>
      <w:r>
        <w:rPr/>
        <w:t>Not yet.</w:t>
      </w:r>
    </w:p>
    <w:p>
      <w:pPr/>
      <w:r>
        <w:rPr/>
        <w:t>But for the first time, he wondered whether success had given him everything except the one thing he needed.</w:t>
      </w:r>
    </w:p>
    <w:p>
      <w:pPr/>
      <w:r>
        <w:rPr/>
      </w:r>
    </w:p>
    <w:p>
      <w:pPr/>
      <w:r>
        <w:rPr/>
      </w:r>
    </w:p>
    <w:p>
      <w:pPr>
        <w:spacing w:before="260" w:after="240"/>
      </w:pPr>
      <w:r>
        <w:t>The rebuilt walls of The Ark could be measured and inspected. Photina knew the hidden rooms inside a person were not so easily repaired.</w:t>
      </w:r>
    </w:p>
    <w:p>
      <w:pPr>
        <w:pStyle w:val="Heading2"/>
      </w:pPr>
      <w:r>
        <w:rPr/>
        <w:t>CHAPTER TWENTY-SIX</w:t>
      </w:r>
    </w:p>
    <w:p>
      <w:pPr>
        <w:pStyle w:val="Heading1"/>
      </w:pPr>
      <w:r>
        <w:rPr/>
        <w:t>The Heart That Jesus Sees</w:t>
      </w:r>
    </w:p>
    <w:p>
      <w:pPr/>
      <w:r>
        <w:rPr/>
        <w:t>That evening, Photina returned home exhausted.</w:t>
      </w:r>
    </w:p>
    <w:p>
      <w:pPr/>
      <w:r>
        <w:rPr/>
        <w:t>Her arms ached.</w:t>
      </w:r>
    </w:p>
    <w:p>
      <w:pPr/>
      <w:r>
        <w:rPr/>
        <w:t>Her sneakers were dirty.</w:t>
      </w:r>
    </w:p>
    <w:p>
      <w:pPr/>
      <w:r>
        <w:rPr/>
        <w:t>She smelled like sawdust and sweat.</w:t>
      </w:r>
    </w:p>
    <w:p>
      <w:pPr/>
      <w:r>
        <w:rPr/>
        <w:t>She dropped her bag near the door and headed for the shower.</w:t>
      </w:r>
    </w:p>
    <w:p>
      <w:pPr/>
      <w:r>
        <w:rPr/>
        <w:t>Hot water rushed over her shoulders.</w:t>
      </w:r>
    </w:p>
    <w:p>
      <w:pPr/>
      <w:r>
        <w:rPr/>
        <w:t>She closed her eyes.</w:t>
      </w:r>
    </w:p>
    <w:p>
      <w:pPr/>
      <w:r>
        <w:rPr/>
        <w:t>For some reason, she started thinking about all the things she had tried to fix in her life.</w:t>
      </w:r>
    </w:p>
    <w:p>
      <w:pPr/>
      <w:r>
        <w:rPr/>
        <w:t>Her temper.</w:t>
      </w:r>
    </w:p>
    <w:p>
      <w:pPr/>
      <w:r>
        <w:rPr/>
        <w:t>Her resentment.</w:t>
      </w:r>
    </w:p>
    <w:p>
      <w:pPr/>
      <w:r>
        <w:rPr/>
        <w:t>Her pride.</w:t>
      </w:r>
    </w:p>
    <w:p>
      <w:pPr/>
      <w:r>
        <w:rPr/>
        <w:t>Those little thoughts that slipped into her mind when she least expected them.</w:t>
      </w:r>
    </w:p>
    <w:p>
      <w:pPr/>
      <w:r>
        <w:rPr/>
        <w:t>She laughed quietly.</w:t>
      </w:r>
    </w:p>
    <w:p>
      <w:pPr/>
      <w:r>
        <w:rPr/>
        <w:t>"Good grief, Lord. You really picked a project with me."</w:t>
      </w:r>
    </w:p>
    <w:p>
      <w:pPr/>
      <w:r>
        <w:rPr/>
        <w:t>The shower water ran down the drain.</w:t>
      </w:r>
    </w:p>
    <w:p>
      <w:pPr/>
      <w:r>
        <w:rPr/>
        <w:t>And a thought settled into her mind.</w:t>
      </w:r>
    </w:p>
    <w:p>
      <w:pPr/>
      <w:r>
        <w:rPr/>
        <w:t>For years, she'd tried to clean herself up before coming to Jesus.</w:t>
      </w:r>
    </w:p>
    <w:p>
      <w:pPr/>
      <w:r>
        <w:rPr/>
        <w:t>As though she could scrub away everything wrong with her.</w:t>
      </w:r>
    </w:p>
    <w:p>
      <w:pPr/>
      <w:r>
        <w:rPr/>
        <w:t>As though she could make herself worthy of being loved.</w:t>
      </w:r>
    </w:p>
    <w:p>
      <w:pPr/>
      <w:r>
        <w:rPr/>
        <w:t>But Jesus hadn't waited for her to become spotless.</w:t>
      </w:r>
    </w:p>
    <w:p>
      <w:pPr/>
      <w:r>
        <w:rPr/>
        <w:t>He had met her in the middle of the mess.</w:t>
      </w:r>
    </w:p>
    <w:p>
      <w:pPr/>
      <w:r>
        <w:rPr/>
        <w:t>Photina leaned against the shower wall.</w:t>
      </w:r>
    </w:p>
    <w:p>
      <w:pPr/>
      <w:r>
        <w:rPr/>
        <w:t>She thought about the Samaritan woman at the well.</w:t>
      </w:r>
    </w:p>
    <w:p>
      <w:pPr/>
      <w:r>
        <w:rPr/>
        <w:t>The woman Jesus had spoken to when others might have walked away.</w:t>
      </w:r>
    </w:p>
    <w:p>
      <w:pPr/>
      <w:r>
        <w:rPr/>
        <w:t>The woman whose life had been complicated.</w:t>
      </w:r>
    </w:p>
    <w:p>
      <w:pPr/>
      <w:r>
        <w:rPr/>
        <w:t>Whose history wasn't pretty.</w:t>
      </w:r>
    </w:p>
    <w:p>
      <w:pPr/>
      <w:r>
        <w:rPr/>
        <w:t>Whose deepest thirst couldn't be satisfied by ordinary water.</w:t>
      </w:r>
    </w:p>
    <w:p>
      <w:pPr/>
      <w:r>
        <w:rPr/>
        <w:t>Photina smiled.</w:t>
      </w:r>
    </w:p>
    <w:p>
      <w:pPr/>
      <w:r>
        <w:rPr/>
        <w:t>"Living water."</w:t>
      </w:r>
    </w:p>
    <w:p>
      <w:pPr/>
      <w:r>
        <w:rPr/>
        <w:t>She turned off the shower.</w:t>
      </w:r>
    </w:p>
    <w:p>
      <w:pPr/>
      <w:r>
        <w:rPr/>
        <w:t>The bathroom became quiet except for the last few drops falling from the faucet.</w:t>
      </w:r>
    </w:p>
    <w:p>
      <w:pPr/>
      <w:r>
        <w:rPr/>
        <w:t>Then she noticed a small stain on the tile.</w:t>
      </w:r>
    </w:p>
    <w:p>
      <w:pPr/>
      <w:r>
        <w:rPr/>
        <w:t>She stared at it.</w:t>
      </w:r>
    </w:p>
    <w:p>
      <w:pPr/>
      <w:r>
        <w:rPr/>
        <w:t>"Oh, come on."</w:t>
      </w:r>
    </w:p>
    <w:p>
      <w:pPr/>
      <w:r>
        <w:rPr/>
        <w:t>She grabbed a scrub brush.</w:t>
      </w:r>
    </w:p>
    <w:p>
      <w:pPr/>
      <w:r>
        <w:rPr/>
        <w:t>Stopped.</w:t>
      </w:r>
    </w:p>
    <w:p>
      <w:pPr/>
      <w:r>
        <w:rPr/>
        <w:t>And burst out laughing.</w:t>
      </w:r>
    </w:p>
    <w:p>
      <w:pPr/>
      <w:r>
        <w:rPr/>
        <w:t>Somewhere deep inside her imagination, she pictured herself standing in the middle of her own enormous heart.</w:t>
      </w:r>
    </w:p>
    <w:p>
      <w:pPr/>
      <w:r>
        <w:rPr/>
        <w:t>Wearing a ridiculous flight suit.</w:t>
      </w:r>
    </w:p>
    <w:p>
      <w:pPr/>
      <w:r>
        <w:rPr/>
        <w:t>Goggles.</w:t>
      </w:r>
    </w:p>
    <w:p>
      <w:pPr/>
      <w:r>
        <w:rPr/>
        <w:t>Sneakers.</w:t>
      </w:r>
    </w:p>
    <w:p>
      <w:pPr/>
      <w:r>
        <w:rPr/>
        <w:t>Armed with an oversized fire hose.</w:t>
      </w:r>
    </w:p>
    <w:p>
      <w:pPr/>
      <w:r>
        <w:rPr/>
        <w:t>All around her were dark alleyways filled with the things she'd spent years trying to hide.</w:t>
      </w:r>
    </w:p>
    <w:p>
      <w:pPr/>
      <w:r>
        <w:rPr/>
        <w:t>And somewhere at the center stood an ancient well.</w:t>
      </w:r>
    </w:p>
    <w:p>
      <w:pPr/>
      <w:r>
        <w:rPr/>
        <w:t>Above it, a cross.</w:t>
      </w:r>
    </w:p>
    <w:p>
      <w:pPr/>
      <w:r>
        <w:rPr/>
        <w:t>The light had been there all along.</w:t>
      </w:r>
    </w:p>
    <w:p>
      <w:pPr/>
      <w:r>
        <w:rPr/>
        <w:t>She just hadn't been looking.</w:t>
      </w:r>
    </w:p>
    <w:p>
      <w:pPr/>
      <w:r>
        <w:rPr/>
        <w:t>Photina set down the brush.</w:t>
      </w:r>
    </w:p>
    <w:p>
      <w:pPr/>
      <w:r>
        <w:rPr/>
        <w:t>"Okay, Jesus."</w:t>
      </w:r>
    </w:p>
    <w:p>
      <w:pPr/>
      <w:r>
        <w:rPr/>
        <w:t>Her voice softened.</w:t>
      </w:r>
    </w:p>
    <w:p>
      <w:pPr/>
      <w:r>
        <w:rPr/>
        <w:t>"Let's do this Your way.</w:t>
      </w:r>
    </w:p>
    <w:p>
      <w:pPr/>
      <w:r>
        <w:rPr/>
      </w:r>
    </w:p>
    <w:p>
      <w:pPr/>
      <w:r>
        <w:rPr/>
      </w:r>
    </w:p>
    <w:p>
      <w:pPr>
        <w:pStyle w:val="Heading2"/>
      </w:pPr>
      <w:r>
        <w:rPr/>
        <w:t>EPILOGUE</w:t>
      </w:r>
    </w:p>
    <w:p>
      <w:pPr>
        <w:pStyle w:val="Heading1"/>
      </w:pPr>
      <w:r>
        <w:rPr/>
        <w:t>One Hundred Fifty-Three</w:t>
      </w:r>
    </w:p>
    <w:p>
      <w:pPr/>
      <w:r>
        <w:rPr/>
        <w:t>The Ark reopened on a beautiful morning.</w:t>
      </w:r>
    </w:p>
    <w:p>
      <w:pPr/>
      <w:r>
        <w:rPr/>
        <w:t>The sun rose over Wilmington, painting the sky in shades of orange and pink.</w:t>
      </w:r>
    </w:p>
    <w:p>
      <w:pPr/>
      <w:r>
        <w:rPr/>
        <w:t>Fresh coffee filled the air.</w:t>
      </w:r>
    </w:p>
    <w:p>
      <w:pPr/>
      <w:r>
        <w:rPr/>
        <w:t>Music floated from the stage.</w:t>
      </w:r>
    </w:p>
    <w:p>
      <w:pPr/>
      <w:r>
        <w:rPr/>
        <w:t>People crowded into the rebuilt coffeehouse, laughing, talking, hugging, and admiring the work that had gone into restoring it.</w:t>
      </w:r>
    </w:p>
    <w:p>
      <w:pPr/>
      <w:r>
        <w:rPr/>
        <w:t>Some of the furniture was new.</w:t>
      </w:r>
    </w:p>
    <w:p>
      <w:pPr/>
      <w:r>
        <w:rPr/>
        <w:t>Some had survived the storm.</w:t>
      </w:r>
    </w:p>
    <w:p>
      <w:pPr/>
      <w:r>
        <w:rPr/>
        <w:t>The walls wore fresh paint.</w:t>
      </w:r>
    </w:p>
    <w:p>
      <w:pPr/>
      <w:r>
        <w:rPr/>
        <w:t>And the little stage stood exactly where it had before.</w:t>
      </w:r>
    </w:p>
    <w:p>
      <w:pPr/>
      <w:r>
        <w:rPr/>
        <w:t>But the building wasn't the only thing that had changed.</w:t>
      </w:r>
    </w:p>
    <w:p>
      <w:pPr/>
      <w:r>
        <w:rPr/>
        <w:t>Edel stood near her guitar, laughing with Eden.</w:t>
      </w:r>
    </w:p>
    <w:p>
      <w:pPr/>
      <w:r>
        <w:rPr/>
        <w:t>Maggie arrived with Talia.</w:t>
      </w:r>
    </w:p>
    <w:p>
      <w:pPr/>
      <w:r>
        <w:rPr/>
        <w:t>Photina hurried over to greet them.</w:t>
      </w:r>
    </w:p>
    <w:p>
      <w:pPr/>
      <w:r>
        <w:rPr/>
        <w:t>For a moment, she and Talia looked at each other.</w:t>
      </w:r>
    </w:p>
    <w:p>
      <w:pPr/>
      <w:r>
        <w:rPr/>
        <w:t>They both remembered that hospital room.</w:t>
      </w:r>
    </w:p>
    <w:p>
      <w:pPr/>
      <w:r>
        <w:rPr/>
        <w:t>The old anger.</w:t>
      </w:r>
    </w:p>
    <w:p>
      <w:pPr/>
      <w:r>
        <w:rPr/>
        <w:t>The unexpected prayer.</w:t>
      </w:r>
    </w:p>
    <w:p>
      <w:pPr/>
      <w:r>
        <w:rPr/>
        <w:t>Everything that had happened since.</w:t>
      </w:r>
    </w:p>
    <w:p>
      <w:pPr/>
      <w:r>
        <w:rPr/>
        <w:t>Talia smiled.</w:t>
      </w:r>
    </w:p>
    <w:p>
      <w:pPr/>
      <w:r>
        <w:rPr/>
        <w:t>Photina opened her arms.</w:t>
      </w:r>
    </w:p>
    <w:p>
      <w:pPr/>
      <w:r>
        <w:rPr/>
        <w:t>"Come here, trouble."</w:t>
      </w:r>
    </w:p>
    <w:p>
      <w:pPr/>
      <w:r>
        <w:rPr/>
        <w:t>Talia laughed and hugged her.</w:t>
      </w:r>
    </w:p>
    <w:p>
      <w:pPr/>
      <w:r>
        <w:rPr/>
        <w:t>Across the room, Caleb watched them.</w:t>
      </w:r>
    </w:p>
    <w:p>
      <w:pPr/>
      <w:r>
        <w:rPr/>
        <w:t>For a moment, he remembered the bridge.</w:t>
      </w:r>
    </w:p>
    <w:p>
      <w:pPr/>
      <w:r>
        <w:rPr/>
        <w:t>The cold.</w:t>
      </w:r>
    </w:p>
    <w:p>
      <w:pPr/>
      <w:r>
        <w:rPr/>
        <w:t>The hunger.</w:t>
      </w:r>
    </w:p>
    <w:p>
      <w:pPr/>
      <w:r>
        <w:rPr/>
        <w:t>The hopelessness.</w:t>
      </w:r>
    </w:p>
    <w:p>
      <w:pPr/>
      <w:r>
        <w:rPr/>
        <w:t>The man he'd been when he thought God had forgotten him.</w:t>
      </w:r>
    </w:p>
    <w:p>
      <w:pPr/>
      <w:r>
        <w:rPr/>
        <w:t>He looked down at the coffee in his hands.</w:t>
      </w:r>
    </w:p>
    <w:p>
      <w:pPr/>
      <w:r>
        <w:rPr/>
        <w:t>Then toward his friends.</w:t>
      </w:r>
    </w:p>
    <w:p>
      <w:pPr/>
      <w:r>
        <w:rPr/>
        <w:t>And silently thanked Jesus.</w:t>
      </w:r>
    </w:p>
    <w:p>
      <w:pPr/>
      <w:r>
        <w:rPr/>
        <w:t>Jasher stood near the window with Eden.</w:t>
      </w:r>
    </w:p>
    <w:p>
      <w:pPr/>
      <w:r>
        <w:rPr/>
        <w:t>Their marriage wasn't suddenly perfect.</w:t>
      </w:r>
    </w:p>
    <w:p>
      <w:pPr/>
      <w:r>
        <w:rPr/>
        <w:t>There were still difficult conversations ahead.</w:t>
      </w:r>
    </w:p>
    <w:p>
      <w:pPr/>
      <w:r>
        <w:rPr/>
        <w:t>Old wounds didn't disappear because someone said the right words.</w:t>
      </w:r>
    </w:p>
    <w:p>
      <w:pPr/>
      <w:r>
        <w:rPr/>
        <w:t>But they were learning to face those wounds together.</w:t>
      </w:r>
    </w:p>
    <w:p>
      <w:pPr/>
      <w:r>
        <w:rPr/>
        <w:t>Nearby, Ezekiel talked with Priscilla's father about the final reconstruction bills.</w:t>
      </w:r>
    </w:p>
    <w:p>
      <w:pPr/>
      <w:r>
        <w:rPr/>
        <w:t>He looked around the crowded room.</w:t>
      </w:r>
    </w:p>
    <w:p>
      <w:pPr/>
      <w:r>
        <w:rPr/>
        <w:t>So many people.</w:t>
      </w:r>
    </w:p>
    <w:p>
      <w:pPr/>
      <w:r>
        <w:rPr/>
        <w:t>So many different lives.</w:t>
      </w:r>
    </w:p>
    <w:p>
      <w:pPr/>
      <w:r>
        <w:rPr/>
        <w:t>He knew some of their stories.</w:t>
      </w:r>
    </w:p>
    <w:p>
      <w:pPr/>
      <w:r>
        <w:rPr/>
        <w:t>Others remained mysteries.</w:t>
      </w:r>
    </w:p>
    <w:p>
      <w:pPr/>
      <w:r>
        <w:rPr/>
        <w:t>But something had brought them together.</w:t>
      </w:r>
    </w:p>
    <w:p>
      <w:pPr/>
      <w:r>
        <w:rPr/>
        <w:t>Something stronger than money.</w:t>
      </w:r>
    </w:p>
    <w:p>
      <w:pPr/>
      <w:r>
        <w:rPr/>
        <w:t>Stronger than professional success.</w:t>
      </w:r>
    </w:p>
    <w:p>
      <w:pPr/>
      <w:r>
        <w:rPr/>
        <w:t>Stronger, even, than the things that had once broken them.</w:t>
      </w:r>
    </w:p>
    <w:p>
      <w:pPr/>
      <w:r>
        <w:rPr/>
        <w:t>The music began.</w:t>
      </w:r>
    </w:p>
    <w:p>
      <w:pPr/>
      <w:r>
        <w:rPr/>
        <w:t>Edel stepped toward the microphone.</w:t>
      </w:r>
    </w:p>
    <w:p>
      <w:pPr/>
      <w:r>
        <w:rPr/>
        <w:t>Photina joined the others near the stage.</w:t>
      </w:r>
    </w:p>
    <w:p>
      <w:pPr/>
      <w:r>
        <w:rPr/>
        <w:t>Caleb leaned against the wall.</w:t>
      </w:r>
    </w:p>
    <w:p>
      <w:pPr/>
      <w:r>
        <w:rPr/>
        <w:t>Jasher slipped his hand into Eden's.</w:t>
      </w:r>
    </w:p>
    <w:p>
      <w:pPr/>
      <w:r>
        <w:rPr/>
        <w:t>And Ezekiel stopped talking long enough to listen.</w:t>
      </w:r>
    </w:p>
    <w:p>
      <w:pPr/>
      <w:r>
        <w:rPr/>
        <w:t>Outside, the Atlantic Ocean rolled against the Carolina shore.</w:t>
      </w:r>
    </w:p>
    <w:p>
      <w:pPr/>
      <w:r>
        <w:rPr/>
        <w:t>Waves rose.</w:t>
      </w:r>
    </w:p>
    <w:p>
      <w:pPr/>
      <w:r>
        <w:rPr/>
        <w:t>Waves broke.</w:t>
      </w:r>
    </w:p>
    <w:p>
      <w:pPr/>
      <w:r>
        <w:rPr/>
        <w:t>And still the ocean continued.</w:t>
      </w:r>
    </w:p>
    <w:p>
      <w:pPr/>
      <w:r>
        <w:rPr/>
        <w:t>Inside, beneath the warm lights of The Ark, the music grew.</w:t>
      </w:r>
    </w:p>
    <w:p>
      <w:pPr/>
      <w:r>
        <w:rPr/>
        <w:t>No one in that room had lived a perfect life.</w:t>
      </w:r>
    </w:p>
    <w:p>
      <w:pPr/>
      <w:r>
        <w:rPr/>
        <w:t>Some had made terrible decisions.</w:t>
      </w:r>
    </w:p>
    <w:p>
      <w:pPr/>
      <w:r>
        <w:rPr/>
        <w:t>Some had been wounded by decisions they couldn't control.</w:t>
      </w:r>
    </w:p>
    <w:p>
      <w:pPr/>
      <w:r>
        <w:rPr/>
        <w:t>Some were still searching for answers.</w:t>
      </w:r>
    </w:p>
    <w:p>
      <w:pPr/>
      <w:r>
        <w:rPr/>
        <w:t>And some were only beginning to understand what it meant to follow Jesus.</w:t>
      </w:r>
    </w:p>
    <w:p>
      <w:pPr/>
      <w:r>
        <w:rPr/>
        <w:t>Their stories were different.</w:t>
      </w:r>
    </w:p>
    <w:p>
      <w:pPr/>
      <w:r>
        <w:rPr/>
        <w:t>Their scars were different.</w:t>
      </w:r>
    </w:p>
    <w:p>
      <w:pPr/>
      <w:r>
        <w:rPr/>
        <w:t>But their need for grace was the same.</w:t>
      </w:r>
    </w:p>
    <w:p>
      <w:pPr/>
      <w:r>
        <w:rPr/>
        <w:t>The building had been rebuilt.</w:t>
      </w:r>
    </w:p>
    <w:p>
      <w:pPr/>
      <w:r>
        <w:rPr/>
        <w:t>Their lives were still being rebuilt.</w:t>
      </w:r>
    </w:p>
    <w:p>
      <w:pPr/>
      <w:r>
        <w:rPr/>
        <w:t>And the story wasn't finished.</w:t>
      </w:r>
    </w:p>
    <w:p>
      <w:pPr/>
      <w:r>
        <w:rPr/>
        <w:t>Not even close.</w:t>
      </w:r>
    </w:p>
    <w:p>
      <w:pPr/>
      <w:r>
        <w:rPr/>
        <w:t>Because redemption was never about people who had never been broken.</w:t>
      </w:r>
    </w:p>
    <w:p>
      <w:pPr/>
      <w:r>
        <w:rPr/>
        <w:t>It was about what Jesus could do with the broken pieces.</w:t>
      </w:r>
    </w:p>
    <w:p>
      <w:pPr/>
      <w:r>
        <w:rPr/>
        <w:t>And there was still room at the table.</w:t>
      </w:r>
    </w:p>
    <w:p>
      <w:r>
        <w:br w:type="page"/>
      </w:r>
    </w:p>
    <w:p>
      <w:pPr>
        <w:pStyle w:val="Heading1"/>
      </w:pPr>
      <w:r>
        <w:t>Editorial Notes for Author Review</w:t>
      </w:r>
    </w:p>
    <w:p>
      <w:r>
        <w:t>This is a proposed narrative-flow edit, not the verified original. The preceding chapters remain a working manuscript. Transitional passages were newly written for continuity.</w:t>
      </w:r>
    </w:p>
    <w:p>
      <w:r>
        <w:t>Outstanding questions: Eden’s letter and Marine timeline; the time elapsed between prison, salvation, and the Pacific performance; hurricane and job-loss canon status; whether the initial Marine incident should be shown before or after the high-school scenes.</w:t>
      </w:r>
    </w:p>
    <w:p>
      <w:r>
        <w:t>The edited chapter 21 introduces Maggie at The Ark; please confirm this interaction is the intended literal scene.</w:t>
      </w:r>
    </w:p>
    <w:sectPr w:rsidR="00FC693F" w:rsidRPr="0006063C" w:rsidSect="00034616">
      <w:pgSz w:w="8640" w:h="12960"/>
      <w:pgMar w:top="1094" w:right="1066" w:bottom="1051" w:left="11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